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8ECAF" w14:textId="16F62105" w:rsidR="009F05AD" w:rsidRDefault="00FB73D3" w:rsidP="001324B8">
      <w:pPr>
        <w:jc w:val="center"/>
        <w:rPr>
          <w:rFonts w:ascii="Times New Roman" w:hAnsi="Times New Roman" w:cs="Times New Roman"/>
          <w:b/>
          <w:color w:val="1F4E79"/>
          <w:sz w:val="24"/>
          <w:szCs w:val="24"/>
        </w:rPr>
      </w:pPr>
      <w:r w:rsidRPr="007B033C">
        <w:rPr>
          <w:rFonts w:ascii="Times New Roman" w:hAnsi="Times New Roman" w:cs="Times New Roman"/>
          <w:b/>
          <w:color w:val="1F4E79"/>
          <w:sz w:val="24"/>
          <w:szCs w:val="24"/>
        </w:rPr>
        <w:t>ÖN YETERLİK İLANI</w:t>
      </w:r>
    </w:p>
    <w:p w14:paraId="7B5D8DE3" w14:textId="27C44768" w:rsidR="007B033C" w:rsidRPr="007B033C" w:rsidRDefault="007B033C" w:rsidP="001324B8">
      <w:pPr>
        <w:jc w:val="center"/>
        <w:rPr>
          <w:rFonts w:ascii="Times New Roman" w:hAnsi="Times New Roman" w:cs="Times New Roman"/>
          <w:b/>
          <w:color w:val="2C3E50"/>
          <w:sz w:val="24"/>
          <w:szCs w:val="24"/>
        </w:rPr>
      </w:pPr>
      <w:r w:rsidRPr="007B033C">
        <w:rPr>
          <w:rFonts w:ascii="Times New Roman" w:hAnsi="Times New Roman" w:cs="Times New Roman"/>
          <w:b/>
          <w:color w:val="2C3E50"/>
          <w:sz w:val="24"/>
          <w:szCs w:val="24"/>
        </w:rPr>
        <w:t>VAKIFLAR GENEL M</w:t>
      </w:r>
      <w:r>
        <w:rPr>
          <w:rFonts w:ascii="Times New Roman" w:hAnsi="Times New Roman" w:cs="Times New Roman"/>
          <w:b/>
          <w:color w:val="2C3E50"/>
          <w:sz w:val="24"/>
          <w:szCs w:val="24"/>
        </w:rPr>
        <w:t>Ü</w:t>
      </w:r>
      <w:r w:rsidRPr="007B033C">
        <w:rPr>
          <w:rFonts w:ascii="Times New Roman" w:hAnsi="Times New Roman" w:cs="Times New Roman"/>
          <w:b/>
          <w:color w:val="2C3E50"/>
          <w:sz w:val="24"/>
          <w:szCs w:val="24"/>
        </w:rPr>
        <w:t>DÜRLÜĞÜ</w:t>
      </w:r>
    </w:p>
    <w:p w14:paraId="2A1CCE37" w14:textId="77777777" w:rsidR="009F05AD" w:rsidRPr="007B033C" w:rsidRDefault="00FB73D3" w:rsidP="001324B8">
      <w:pPr>
        <w:jc w:val="center"/>
        <w:rPr>
          <w:rFonts w:ascii="Times New Roman" w:hAnsi="Times New Roman" w:cs="Times New Roman"/>
          <w:sz w:val="24"/>
          <w:szCs w:val="24"/>
        </w:rPr>
      </w:pPr>
      <w:r w:rsidRPr="007B033C">
        <w:rPr>
          <w:rFonts w:ascii="Times New Roman" w:hAnsi="Times New Roman" w:cs="Times New Roman"/>
          <w:b/>
          <w:color w:val="2C3E50"/>
          <w:sz w:val="24"/>
          <w:szCs w:val="24"/>
        </w:rPr>
        <w:t>Samsun Vakıflar Bölge Müdürlüğü</w:t>
      </w:r>
      <w:r w:rsidRPr="007B033C">
        <w:rPr>
          <w:rFonts w:ascii="Times New Roman" w:hAnsi="Times New Roman" w:cs="Times New Roman"/>
          <w:b/>
          <w:color w:val="2C3E50"/>
          <w:sz w:val="24"/>
          <w:szCs w:val="24"/>
        </w:rPr>
        <w:br/>
      </w:r>
    </w:p>
    <w:p w14:paraId="2E1FE940" w14:textId="77777777" w:rsidR="009F05AD" w:rsidRPr="007B033C" w:rsidRDefault="00FB73D3" w:rsidP="001324B8">
      <w:pPr>
        <w:spacing w:before="240" w:after="240"/>
        <w:jc w:val="both"/>
        <w:rPr>
          <w:rFonts w:ascii="Times New Roman" w:hAnsi="Times New Roman" w:cs="Times New Roman"/>
          <w:sz w:val="24"/>
          <w:szCs w:val="24"/>
        </w:rPr>
      </w:pPr>
      <w:r w:rsidRPr="007B033C">
        <w:rPr>
          <w:rFonts w:ascii="Times New Roman" w:hAnsi="Times New Roman" w:cs="Times New Roman"/>
          <w:b/>
          <w:sz w:val="24"/>
          <w:szCs w:val="24"/>
        </w:rPr>
        <w:t xml:space="preserve">SAMSUN İLİ VEZİRKÖPRÜ İLÇESİ TACETTİN İBRAHİMPAŞA CAMİİ 2026-2028 YILLARI RESTORASYONU İKMAL İŞİ </w:t>
      </w:r>
      <w:r w:rsidRPr="007B033C">
        <w:rPr>
          <w:rFonts w:ascii="Times New Roman" w:hAnsi="Times New Roman" w:cs="Times New Roman"/>
          <w:sz w:val="24"/>
          <w:szCs w:val="24"/>
        </w:rPr>
        <w:t xml:space="preserve">uygulama işi, Vakıf Kültür Varlıklarının Onarımları Ve Restorasyonları İle Çevre Düzenlemesine İlişkin Mal Ve Hizmet Alımlarına Dair Usul Ve Esaslar’nın 23 üncü maddesine göre belli istekliler arasında ihale usulüyle ihale edilecektir. </w:t>
      </w:r>
      <w:r w:rsidRPr="007B033C">
        <w:rPr>
          <w:rFonts w:ascii="Times New Roman" w:hAnsi="Times New Roman" w:cs="Times New Roman"/>
          <w:b/>
          <w:sz w:val="24"/>
          <w:szCs w:val="24"/>
        </w:rPr>
        <w:t xml:space="preserve">Ön yeterlik değerlendirilmesi sonucu yeterliği tespit edilenler arasından ön yeterlik şartnamesinde belirtilen kriterlere göre sıralanarak listeye alınan 10 aday teklif vermeye davet edilecektir. </w:t>
      </w:r>
      <w:r w:rsidRPr="007B033C">
        <w:rPr>
          <w:rFonts w:ascii="Times New Roman" w:hAnsi="Times New Roman" w:cs="Times New Roman"/>
          <w:sz w:val="24"/>
          <w:szCs w:val="24"/>
        </w:rPr>
        <w:t>İhaleye ilişkin ayrıntılı bilgiler aşağıda yer almaktadır:</w:t>
      </w:r>
    </w:p>
    <w:p w14:paraId="19440ADA" w14:textId="1F788143" w:rsidR="009F05AD" w:rsidRPr="007B033C" w:rsidRDefault="00FB73D3" w:rsidP="001324B8">
      <w:pPr>
        <w:spacing w:after="280"/>
        <w:jc w:val="both"/>
        <w:rPr>
          <w:rFonts w:ascii="Times New Roman" w:hAnsi="Times New Roman" w:cs="Times New Roman"/>
          <w:sz w:val="24"/>
          <w:szCs w:val="24"/>
        </w:rPr>
      </w:pPr>
      <w:proofErr w:type="spellStart"/>
      <w:r w:rsidRPr="007B033C">
        <w:rPr>
          <w:rFonts w:ascii="Times New Roman" w:hAnsi="Times New Roman" w:cs="Times New Roman"/>
          <w:b/>
          <w:sz w:val="24"/>
          <w:szCs w:val="24"/>
        </w:rPr>
        <w:t>İhale</w:t>
      </w:r>
      <w:proofErr w:type="spellEnd"/>
      <w:r w:rsidRPr="007B033C">
        <w:rPr>
          <w:rFonts w:ascii="Times New Roman" w:hAnsi="Times New Roman" w:cs="Times New Roman"/>
          <w:b/>
          <w:sz w:val="24"/>
          <w:szCs w:val="24"/>
        </w:rPr>
        <w:t xml:space="preserve"> </w:t>
      </w:r>
      <w:proofErr w:type="spellStart"/>
      <w:r w:rsidRPr="007B033C">
        <w:rPr>
          <w:rFonts w:ascii="Times New Roman" w:hAnsi="Times New Roman" w:cs="Times New Roman"/>
          <w:b/>
          <w:sz w:val="24"/>
          <w:szCs w:val="24"/>
        </w:rPr>
        <w:t>kayıt</w:t>
      </w:r>
      <w:proofErr w:type="spellEnd"/>
      <w:r w:rsidRPr="007B033C">
        <w:rPr>
          <w:rFonts w:ascii="Times New Roman" w:hAnsi="Times New Roman" w:cs="Times New Roman"/>
          <w:b/>
          <w:sz w:val="24"/>
          <w:szCs w:val="24"/>
        </w:rPr>
        <w:t xml:space="preserve"> </w:t>
      </w:r>
      <w:proofErr w:type="spellStart"/>
      <w:r w:rsidRPr="007B033C">
        <w:rPr>
          <w:rFonts w:ascii="Times New Roman" w:hAnsi="Times New Roman" w:cs="Times New Roman"/>
          <w:b/>
          <w:sz w:val="24"/>
          <w:szCs w:val="24"/>
        </w:rPr>
        <w:t>numarası</w:t>
      </w:r>
      <w:proofErr w:type="spellEnd"/>
      <w:r w:rsidR="00C17572">
        <w:rPr>
          <w:rFonts w:ascii="Times New Roman" w:hAnsi="Times New Roman" w:cs="Times New Roman"/>
          <w:b/>
          <w:sz w:val="24"/>
          <w:szCs w:val="24"/>
        </w:rPr>
        <w:t>: 2026/2032544</w:t>
      </w:r>
    </w:p>
    <w:p w14:paraId="6261156D" w14:textId="77777777" w:rsidR="009F05AD" w:rsidRPr="007B033C" w:rsidRDefault="00FB73D3" w:rsidP="001324B8">
      <w:pPr>
        <w:spacing w:before="280" w:after="120"/>
        <w:jc w:val="both"/>
        <w:rPr>
          <w:rFonts w:ascii="Times New Roman" w:hAnsi="Times New Roman" w:cs="Times New Roman"/>
          <w:sz w:val="24"/>
          <w:szCs w:val="24"/>
        </w:rPr>
      </w:pPr>
      <w:r w:rsidRPr="007B033C">
        <w:rPr>
          <w:rFonts w:ascii="Times New Roman" w:hAnsi="Times New Roman" w:cs="Times New Roman"/>
          <w:b/>
          <w:color w:val="1F4E79"/>
          <w:sz w:val="24"/>
          <w:szCs w:val="24"/>
        </w:rPr>
        <w:t>1 - İdarenin</w:t>
      </w:r>
    </w:p>
    <w:p w14:paraId="417FD455" w14:textId="77777777" w:rsidR="009F05AD" w:rsidRPr="007B033C" w:rsidRDefault="00FB73D3" w:rsidP="001324B8">
      <w:pPr>
        <w:pStyle w:val="ListeMaddemi"/>
        <w:spacing w:after="60"/>
        <w:jc w:val="both"/>
        <w:rPr>
          <w:rFonts w:ascii="Times New Roman" w:hAnsi="Times New Roman" w:cs="Times New Roman"/>
          <w:sz w:val="24"/>
          <w:szCs w:val="24"/>
        </w:rPr>
      </w:pPr>
      <w:r w:rsidRPr="007B033C">
        <w:rPr>
          <w:rFonts w:ascii="Times New Roman" w:hAnsi="Times New Roman" w:cs="Times New Roman"/>
          <w:b/>
          <w:sz w:val="24"/>
          <w:szCs w:val="24"/>
        </w:rPr>
        <w:t xml:space="preserve">a) </w:t>
      </w:r>
      <w:proofErr w:type="gramStart"/>
      <w:r w:rsidRPr="007B033C">
        <w:rPr>
          <w:rFonts w:ascii="Times New Roman" w:hAnsi="Times New Roman" w:cs="Times New Roman"/>
          <w:b/>
          <w:sz w:val="24"/>
          <w:szCs w:val="24"/>
        </w:rPr>
        <w:t>Adresi :</w:t>
      </w:r>
      <w:proofErr w:type="gramEnd"/>
      <w:r w:rsidRPr="007B033C">
        <w:rPr>
          <w:rFonts w:ascii="Times New Roman" w:hAnsi="Times New Roman" w:cs="Times New Roman"/>
          <w:b/>
          <w:sz w:val="24"/>
          <w:szCs w:val="24"/>
        </w:rPr>
        <w:t xml:space="preserve"> </w:t>
      </w:r>
      <w:r w:rsidRPr="007B033C">
        <w:rPr>
          <w:rFonts w:ascii="Times New Roman" w:hAnsi="Times New Roman" w:cs="Times New Roman"/>
          <w:sz w:val="24"/>
          <w:szCs w:val="24"/>
        </w:rPr>
        <w:t>Hançerli Mah. Çifte Hamam Cad. No:14/4 55020 İlkadım / SAMSUN</w:t>
      </w:r>
    </w:p>
    <w:p w14:paraId="6001A3A2" w14:textId="77777777" w:rsidR="009F05AD" w:rsidRPr="007B033C" w:rsidRDefault="00FB73D3" w:rsidP="001324B8">
      <w:pPr>
        <w:pStyle w:val="ListeMaddemi"/>
        <w:spacing w:after="60"/>
        <w:jc w:val="both"/>
        <w:rPr>
          <w:rFonts w:ascii="Times New Roman" w:hAnsi="Times New Roman" w:cs="Times New Roman"/>
          <w:sz w:val="24"/>
          <w:szCs w:val="24"/>
        </w:rPr>
      </w:pPr>
      <w:r w:rsidRPr="007B033C">
        <w:rPr>
          <w:rFonts w:ascii="Times New Roman" w:hAnsi="Times New Roman" w:cs="Times New Roman"/>
          <w:b/>
          <w:sz w:val="24"/>
          <w:szCs w:val="24"/>
        </w:rPr>
        <w:t xml:space="preserve">b) Telefon ve faks </w:t>
      </w:r>
      <w:proofErr w:type="gramStart"/>
      <w:r w:rsidRPr="007B033C">
        <w:rPr>
          <w:rFonts w:ascii="Times New Roman" w:hAnsi="Times New Roman" w:cs="Times New Roman"/>
          <w:b/>
          <w:sz w:val="24"/>
          <w:szCs w:val="24"/>
        </w:rPr>
        <w:t>numarası :</w:t>
      </w:r>
      <w:proofErr w:type="gramEnd"/>
      <w:r w:rsidRPr="007B033C">
        <w:rPr>
          <w:rFonts w:ascii="Times New Roman" w:hAnsi="Times New Roman" w:cs="Times New Roman"/>
          <w:b/>
          <w:sz w:val="24"/>
          <w:szCs w:val="24"/>
        </w:rPr>
        <w:t xml:space="preserve"> </w:t>
      </w:r>
      <w:r w:rsidRPr="007B033C">
        <w:rPr>
          <w:rFonts w:ascii="Times New Roman" w:hAnsi="Times New Roman" w:cs="Times New Roman"/>
          <w:sz w:val="24"/>
          <w:szCs w:val="24"/>
        </w:rPr>
        <w:t>Tel: 0362 431 21 48 (3 Hat) - Faks: 0362 432 81 86</w:t>
      </w:r>
    </w:p>
    <w:p w14:paraId="39EF6720" w14:textId="77777777" w:rsidR="009F05AD" w:rsidRPr="007B033C" w:rsidRDefault="00FB73D3" w:rsidP="001324B8">
      <w:pPr>
        <w:pStyle w:val="ListeMaddemi"/>
        <w:spacing w:after="60"/>
        <w:jc w:val="both"/>
        <w:rPr>
          <w:rFonts w:ascii="Times New Roman" w:hAnsi="Times New Roman" w:cs="Times New Roman"/>
          <w:sz w:val="24"/>
          <w:szCs w:val="24"/>
        </w:rPr>
      </w:pPr>
      <w:r w:rsidRPr="007B033C">
        <w:rPr>
          <w:rFonts w:ascii="Times New Roman" w:hAnsi="Times New Roman" w:cs="Times New Roman"/>
          <w:b/>
          <w:sz w:val="24"/>
          <w:szCs w:val="24"/>
        </w:rPr>
        <w:t xml:space="preserve">c) Elektronik posta </w:t>
      </w:r>
      <w:proofErr w:type="gramStart"/>
      <w:r w:rsidRPr="007B033C">
        <w:rPr>
          <w:rFonts w:ascii="Times New Roman" w:hAnsi="Times New Roman" w:cs="Times New Roman"/>
          <w:b/>
          <w:sz w:val="24"/>
          <w:szCs w:val="24"/>
        </w:rPr>
        <w:t>adresi :</w:t>
      </w:r>
      <w:proofErr w:type="gramEnd"/>
      <w:r w:rsidRPr="007B033C">
        <w:rPr>
          <w:rFonts w:ascii="Times New Roman" w:hAnsi="Times New Roman" w:cs="Times New Roman"/>
          <w:b/>
          <w:sz w:val="24"/>
          <w:szCs w:val="24"/>
        </w:rPr>
        <w:t xml:space="preserve"> </w:t>
      </w:r>
      <w:r w:rsidRPr="007B033C">
        <w:rPr>
          <w:rFonts w:ascii="Times New Roman" w:hAnsi="Times New Roman" w:cs="Times New Roman"/>
          <w:sz w:val="24"/>
          <w:szCs w:val="24"/>
        </w:rPr>
        <w:t>samsun@vgm.gov.tr</w:t>
      </w:r>
    </w:p>
    <w:p w14:paraId="30541855" w14:textId="77777777" w:rsidR="009F05AD" w:rsidRPr="007B033C" w:rsidRDefault="00FB73D3" w:rsidP="001324B8">
      <w:pPr>
        <w:pStyle w:val="ListeMaddemi"/>
        <w:spacing w:after="60"/>
        <w:jc w:val="both"/>
        <w:rPr>
          <w:rFonts w:ascii="Times New Roman" w:hAnsi="Times New Roman" w:cs="Times New Roman"/>
          <w:sz w:val="24"/>
          <w:szCs w:val="24"/>
        </w:rPr>
      </w:pPr>
      <w:r w:rsidRPr="007B033C">
        <w:rPr>
          <w:rFonts w:ascii="Times New Roman" w:hAnsi="Times New Roman" w:cs="Times New Roman"/>
          <w:b/>
          <w:sz w:val="24"/>
          <w:szCs w:val="24"/>
        </w:rPr>
        <w:t xml:space="preserve">ç) Ön yeterlik ve ihale dokümanının görülebileceği ve satın alınacağı </w:t>
      </w:r>
      <w:proofErr w:type="gramStart"/>
      <w:r w:rsidRPr="007B033C">
        <w:rPr>
          <w:rFonts w:ascii="Times New Roman" w:hAnsi="Times New Roman" w:cs="Times New Roman"/>
          <w:b/>
          <w:sz w:val="24"/>
          <w:szCs w:val="24"/>
        </w:rPr>
        <w:t>adres :</w:t>
      </w:r>
      <w:proofErr w:type="gramEnd"/>
      <w:r w:rsidRPr="007B033C">
        <w:rPr>
          <w:rFonts w:ascii="Times New Roman" w:hAnsi="Times New Roman" w:cs="Times New Roman"/>
          <w:b/>
          <w:sz w:val="24"/>
          <w:szCs w:val="24"/>
        </w:rPr>
        <w:t xml:space="preserve"> </w:t>
      </w:r>
      <w:r w:rsidRPr="007B033C">
        <w:rPr>
          <w:rFonts w:ascii="Times New Roman" w:hAnsi="Times New Roman" w:cs="Times New Roman"/>
          <w:sz w:val="24"/>
          <w:szCs w:val="24"/>
        </w:rPr>
        <w:t>Samsun Vakıflar Bölge Müdürlüğü Sanat Eserleri ve Yapı İşleri Şube Müdürlüğü 4. Kat, Hançerli Mah. Çifte Hamam Cad. No:14/4 İlkadım / SAMSUN</w:t>
      </w:r>
    </w:p>
    <w:p w14:paraId="25364953" w14:textId="77777777" w:rsidR="009F05AD" w:rsidRPr="007B033C" w:rsidRDefault="00FB73D3" w:rsidP="001324B8">
      <w:pPr>
        <w:spacing w:before="280" w:after="120"/>
        <w:jc w:val="both"/>
        <w:rPr>
          <w:rFonts w:ascii="Times New Roman" w:hAnsi="Times New Roman" w:cs="Times New Roman"/>
          <w:sz w:val="24"/>
          <w:szCs w:val="24"/>
        </w:rPr>
      </w:pPr>
      <w:r w:rsidRPr="007B033C">
        <w:rPr>
          <w:rFonts w:ascii="Times New Roman" w:hAnsi="Times New Roman" w:cs="Times New Roman"/>
          <w:b/>
          <w:color w:val="1F4E79"/>
          <w:sz w:val="24"/>
          <w:szCs w:val="24"/>
        </w:rPr>
        <w:t>2 - Ön yeterlik konusu uygulama işinin;</w:t>
      </w:r>
    </w:p>
    <w:p w14:paraId="2EA7C3D4" w14:textId="2CBC1E1F" w:rsidR="009F05AD" w:rsidRPr="007B033C" w:rsidRDefault="00FB73D3" w:rsidP="001324B8">
      <w:pPr>
        <w:pStyle w:val="ListeMaddemi"/>
        <w:spacing w:after="60"/>
        <w:jc w:val="both"/>
        <w:rPr>
          <w:rFonts w:ascii="Times New Roman" w:hAnsi="Times New Roman" w:cs="Times New Roman"/>
          <w:sz w:val="24"/>
          <w:szCs w:val="24"/>
        </w:rPr>
      </w:pPr>
      <w:r w:rsidRPr="007B033C">
        <w:rPr>
          <w:rFonts w:ascii="Times New Roman" w:hAnsi="Times New Roman" w:cs="Times New Roman"/>
          <w:b/>
          <w:sz w:val="24"/>
          <w:szCs w:val="24"/>
        </w:rPr>
        <w:t xml:space="preserve">a) </w:t>
      </w:r>
      <w:proofErr w:type="spellStart"/>
      <w:r w:rsidRPr="007B033C">
        <w:rPr>
          <w:rFonts w:ascii="Times New Roman" w:hAnsi="Times New Roman" w:cs="Times New Roman"/>
          <w:b/>
          <w:sz w:val="24"/>
          <w:szCs w:val="24"/>
        </w:rPr>
        <w:t>Niteliği</w:t>
      </w:r>
      <w:proofErr w:type="spellEnd"/>
      <w:r w:rsidRPr="007B033C">
        <w:rPr>
          <w:rFonts w:ascii="Times New Roman" w:hAnsi="Times New Roman" w:cs="Times New Roman"/>
          <w:b/>
          <w:sz w:val="24"/>
          <w:szCs w:val="24"/>
        </w:rPr>
        <w:t xml:space="preserve">, </w:t>
      </w:r>
      <w:proofErr w:type="spellStart"/>
      <w:r w:rsidRPr="007B033C">
        <w:rPr>
          <w:rFonts w:ascii="Times New Roman" w:hAnsi="Times New Roman" w:cs="Times New Roman"/>
          <w:b/>
          <w:sz w:val="24"/>
          <w:szCs w:val="24"/>
        </w:rPr>
        <w:t>türü</w:t>
      </w:r>
      <w:proofErr w:type="spellEnd"/>
      <w:r w:rsidRPr="007B033C">
        <w:rPr>
          <w:rFonts w:ascii="Times New Roman" w:hAnsi="Times New Roman" w:cs="Times New Roman"/>
          <w:b/>
          <w:sz w:val="24"/>
          <w:szCs w:val="24"/>
        </w:rPr>
        <w:t xml:space="preserve"> </w:t>
      </w:r>
      <w:proofErr w:type="spellStart"/>
      <w:r w:rsidRPr="007B033C">
        <w:rPr>
          <w:rFonts w:ascii="Times New Roman" w:hAnsi="Times New Roman" w:cs="Times New Roman"/>
          <w:b/>
          <w:sz w:val="24"/>
          <w:szCs w:val="24"/>
        </w:rPr>
        <w:t>ve</w:t>
      </w:r>
      <w:proofErr w:type="spellEnd"/>
      <w:r w:rsidRPr="007B033C">
        <w:rPr>
          <w:rFonts w:ascii="Times New Roman" w:hAnsi="Times New Roman" w:cs="Times New Roman"/>
          <w:b/>
          <w:sz w:val="24"/>
          <w:szCs w:val="24"/>
        </w:rPr>
        <w:t xml:space="preserve"> </w:t>
      </w:r>
      <w:proofErr w:type="spellStart"/>
      <w:proofErr w:type="gramStart"/>
      <w:r w:rsidRPr="007B033C">
        <w:rPr>
          <w:rFonts w:ascii="Times New Roman" w:hAnsi="Times New Roman" w:cs="Times New Roman"/>
          <w:b/>
          <w:sz w:val="24"/>
          <w:szCs w:val="24"/>
        </w:rPr>
        <w:t>miktarı</w:t>
      </w:r>
      <w:proofErr w:type="spellEnd"/>
      <w:r w:rsidRPr="007B033C">
        <w:rPr>
          <w:rFonts w:ascii="Times New Roman" w:hAnsi="Times New Roman" w:cs="Times New Roman"/>
          <w:b/>
          <w:sz w:val="24"/>
          <w:szCs w:val="24"/>
        </w:rPr>
        <w:t xml:space="preserve"> :</w:t>
      </w:r>
      <w:proofErr w:type="gramEnd"/>
      <w:r w:rsidRPr="007B033C">
        <w:rPr>
          <w:rFonts w:ascii="Times New Roman" w:hAnsi="Times New Roman" w:cs="Times New Roman"/>
          <w:b/>
          <w:sz w:val="24"/>
          <w:szCs w:val="24"/>
        </w:rPr>
        <w:t xml:space="preserve"> </w:t>
      </w:r>
      <w:proofErr w:type="spellStart"/>
      <w:r w:rsidRPr="007B033C">
        <w:rPr>
          <w:rFonts w:ascii="Times New Roman" w:hAnsi="Times New Roman" w:cs="Times New Roman"/>
          <w:sz w:val="24"/>
          <w:szCs w:val="24"/>
        </w:rPr>
        <w:t>Uygulama</w:t>
      </w:r>
      <w:proofErr w:type="spellEnd"/>
      <w:r w:rsidRPr="007B033C">
        <w:rPr>
          <w:rFonts w:ascii="Times New Roman" w:hAnsi="Times New Roman" w:cs="Times New Roman"/>
          <w:sz w:val="24"/>
          <w:szCs w:val="24"/>
        </w:rPr>
        <w:t xml:space="preserve">, </w:t>
      </w:r>
      <w:r w:rsidR="00F102B5" w:rsidRPr="007B033C">
        <w:rPr>
          <w:rFonts w:ascii="Times New Roman" w:hAnsi="Times New Roman" w:cs="Times New Roman"/>
          <w:sz w:val="24"/>
          <w:szCs w:val="24"/>
        </w:rPr>
        <w:t xml:space="preserve">1. </w:t>
      </w:r>
      <w:proofErr w:type="spellStart"/>
      <w:r w:rsidR="00F102B5" w:rsidRPr="007B033C">
        <w:rPr>
          <w:rFonts w:ascii="Times New Roman" w:hAnsi="Times New Roman" w:cs="Times New Roman"/>
          <w:sz w:val="24"/>
          <w:szCs w:val="24"/>
        </w:rPr>
        <w:t>Grup</w:t>
      </w:r>
      <w:proofErr w:type="spellEnd"/>
      <w:r w:rsidR="00F102B5" w:rsidRPr="007B033C">
        <w:rPr>
          <w:rFonts w:ascii="Times New Roman" w:hAnsi="Times New Roman" w:cs="Times New Roman"/>
          <w:sz w:val="24"/>
          <w:szCs w:val="24"/>
        </w:rPr>
        <w:t xml:space="preserve"> </w:t>
      </w:r>
      <w:proofErr w:type="spellStart"/>
      <w:r w:rsidRPr="007B033C">
        <w:rPr>
          <w:rFonts w:ascii="Times New Roman" w:hAnsi="Times New Roman" w:cs="Times New Roman"/>
          <w:sz w:val="24"/>
          <w:szCs w:val="24"/>
        </w:rPr>
        <w:t>Vakıf</w:t>
      </w:r>
      <w:proofErr w:type="spellEnd"/>
      <w:r w:rsidRPr="007B033C">
        <w:rPr>
          <w:rFonts w:ascii="Times New Roman" w:hAnsi="Times New Roman" w:cs="Times New Roman"/>
          <w:sz w:val="24"/>
          <w:szCs w:val="24"/>
        </w:rPr>
        <w:t xml:space="preserve"> </w:t>
      </w:r>
      <w:proofErr w:type="spellStart"/>
      <w:r w:rsidRPr="007B033C">
        <w:rPr>
          <w:rFonts w:ascii="Times New Roman" w:hAnsi="Times New Roman" w:cs="Times New Roman"/>
          <w:sz w:val="24"/>
          <w:szCs w:val="24"/>
        </w:rPr>
        <w:t>Kültür</w:t>
      </w:r>
      <w:proofErr w:type="spellEnd"/>
      <w:r w:rsidRPr="007B033C">
        <w:rPr>
          <w:rFonts w:ascii="Times New Roman" w:hAnsi="Times New Roman" w:cs="Times New Roman"/>
          <w:sz w:val="24"/>
          <w:szCs w:val="24"/>
        </w:rPr>
        <w:t xml:space="preserve"> </w:t>
      </w:r>
      <w:proofErr w:type="spellStart"/>
      <w:r w:rsidRPr="007B033C">
        <w:rPr>
          <w:rFonts w:ascii="Times New Roman" w:hAnsi="Times New Roman" w:cs="Times New Roman"/>
          <w:sz w:val="24"/>
          <w:szCs w:val="24"/>
        </w:rPr>
        <w:t>Varlığı</w:t>
      </w:r>
      <w:proofErr w:type="spellEnd"/>
      <w:r w:rsidRPr="007B033C">
        <w:rPr>
          <w:rFonts w:ascii="Times New Roman" w:hAnsi="Times New Roman" w:cs="Times New Roman"/>
          <w:sz w:val="24"/>
          <w:szCs w:val="24"/>
        </w:rPr>
        <w:t xml:space="preserve"> </w:t>
      </w:r>
      <w:proofErr w:type="spellStart"/>
      <w:r w:rsidRPr="007B033C">
        <w:rPr>
          <w:rFonts w:ascii="Times New Roman" w:hAnsi="Times New Roman" w:cs="Times New Roman"/>
          <w:sz w:val="24"/>
          <w:szCs w:val="24"/>
        </w:rPr>
        <w:t>Eski</w:t>
      </w:r>
      <w:proofErr w:type="spellEnd"/>
      <w:r w:rsidRPr="007B033C">
        <w:rPr>
          <w:rFonts w:ascii="Times New Roman" w:hAnsi="Times New Roman" w:cs="Times New Roman"/>
          <w:sz w:val="24"/>
          <w:szCs w:val="24"/>
        </w:rPr>
        <w:t xml:space="preserve"> </w:t>
      </w:r>
      <w:proofErr w:type="spellStart"/>
      <w:r w:rsidRPr="007B033C">
        <w:rPr>
          <w:rFonts w:ascii="Times New Roman" w:hAnsi="Times New Roman" w:cs="Times New Roman"/>
          <w:sz w:val="24"/>
          <w:szCs w:val="24"/>
        </w:rPr>
        <w:t>Eser</w:t>
      </w:r>
      <w:proofErr w:type="spellEnd"/>
      <w:r w:rsidRPr="007B033C">
        <w:rPr>
          <w:rFonts w:ascii="Times New Roman" w:hAnsi="Times New Roman" w:cs="Times New Roman"/>
          <w:sz w:val="24"/>
          <w:szCs w:val="24"/>
        </w:rPr>
        <w:t xml:space="preserve"> </w:t>
      </w:r>
      <w:proofErr w:type="spellStart"/>
      <w:r w:rsidRPr="007B033C">
        <w:rPr>
          <w:rFonts w:ascii="Times New Roman" w:hAnsi="Times New Roman" w:cs="Times New Roman"/>
          <w:sz w:val="24"/>
          <w:szCs w:val="24"/>
        </w:rPr>
        <w:t>Camii</w:t>
      </w:r>
      <w:proofErr w:type="spellEnd"/>
      <w:r w:rsidRPr="007B033C">
        <w:rPr>
          <w:rFonts w:ascii="Times New Roman" w:hAnsi="Times New Roman" w:cs="Times New Roman"/>
          <w:sz w:val="24"/>
          <w:szCs w:val="24"/>
        </w:rPr>
        <w:t xml:space="preserve"> </w:t>
      </w:r>
      <w:proofErr w:type="spellStart"/>
      <w:r w:rsidRPr="007B033C">
        <w:rPr>
          <w:rFonts w:ascii="Times New Roman" w:hAnsi="Times New Roman" w:cs="Times New Roman"/>
          <w:sz w:val="24"/>
          <w:szCs w:val="24"/>
        </w:rPr>
        <w:t>Onarımı</w:t>
      </w:r>
      <w:proofErr w:type="spellEnd"/>
      <w:r w:rsidRPr="007B033C">
        <w:rPr>
          <w:rFonts w:ascii="Times New Roman" w:hAnsi="Times New Roman" w:cs="Times New Roman"/>
          <w:sz w:val="24"/>
          <w:szCs w:val="24"/>
        </w:rPr>
        <w:t xml:space="preserve"> İkmal İşi, 1 (Bir) adet</w:t>
      </w:r>
    </w:p>
    <w:p w14:paraId="75106B36" w14:textId="77777777" w:rsidR="009F05AD" w:rsidRPr="007B033C" w:rsidRDefault="00FB73D3" w:rsidP="001324B8">
      <w:pPr>
        <w:pStyle w:val="ListeMaddemi"/>
        <w:spacing w:after="60"/>
        <w:jc w:val="both"/>
        <w:rPr>
          <w:rFonts w:ascii="Times New Roman" w:hAnsi="Times New Roman" w:cs="Times New Roman"/>
          <w:sz w:val="24"/>
          <w:szCs w:val="24"/>
        </w:rPr>
      </w:pPr>
      <w:r w:rsidRPr="007B033C">
        <w:rPr>
          <w:rFonts w:ascii="Times New Roman" w:hAnsi="Times New Roman" w:cs="Times New Roman"/>
          <w:b/>
          <w:sz w:val="24"/>
          <w:szCs w:val="24"/>
        </w:rPr>
        <w:t xml:space="preserve">b) Yapılacağı </w:t>
      </w:r>
      <w:proofErr w:type="gramStart"/>
      <w:r w:rsidRPr="007B033C">
        <w:rPr>
          <w:rFonts w:ascii="Times New Roman" w:hAnsi="Times New Roman" w:cs="Times New Roman"/>
          <w:b/>
          <w:sz w:val="24"/>
          <w:szCs w:val="24"/>
        </w:rPr>
        <w:t>yer :</w:t>
      </w:r>
      <w:proofErr w:type="gramEnd"/>
      <w:r w:rsidRPr="007B033C">
        <w:rPr>
          <w:rFonts w:ascii="Times New Roman" w:hAnsi="Times New Roman" w:cs="Times New Roman"/>
          <w:b/>
          <w:sz w:val="24"/>
          <w:szCs w:val="24"/>
        </w:rPr>
        <w:t xml:space="preserve"> </w:t>
      </w:r>
      <w:r w:rsidRPr="007B033C">
        <w:rPr>
          <w:rFonts w:ascii="Times New Roman" w:hAnsi="Times New Roman" w:cs="Times New Roman"/>
          <w:sz w:val="24"/>
          <w:szCs w:val="24"/>
        </w:rPr>
        <w:t>Samsun ili Vezirköprü ilçesi</w:t>
      </w:r>
    </w:p>
    <w:p w14:paraId="11EDF699" w14:textId="77777777" w:rsidR="009F05AD" w:rsidRPr="007B033C" w:rsidRDefault="00FB73D3" w:rsidP="001324B8">
      <w:pPr>
        <w:pStyle w:val="ListeMaddemi"/>
        <w:spacing w:after="60"/>
        <w:jc w:val="both"/>
        <w:rPr>
          <w:rFonts w:ascii="Times New Roman" w:hAnsi="Times New Roman" w:cs="Times New Roman"/>
          <w:sz w:val="24"/>
          <w:szCs w:val="24"/>
        </w:rPr>
      </w:pPr>
      <w:r w:rsidRPr="007B033C">
        <w:rPr>
          <w:rFonts w:ascii="Times New Roman" w:hAnsi="Times New Roman" w:cs="Times New Roman"/>
          <w:b/>
          <w:sz w:val="24"/>
          <w:szCs w:val="24"/>
        </w:rPr>
        <w:t xml:space="preserve">c) İşe başlama </w:t>
      </w:r>
      <w:proofErr w:type="gramStart"/>
      <w:r w:rsidRPr="007B033C">
        <w:rPr>
          <w:rFonts w:ascii="Times New Roman" w:hAnsi="Times New Roman" w:cs="Times New Roman"/>
          <w:b/>
          <w:sz w:val="24"/>
          <w:szCs w:val="24"/>
        </w:rPr>
        <w:t>tarihi :</w:t>
      </w:r>
      <w:proofErr w:type="gramEnd"/>
      <w:r w:rsidRPr="007B033C">
        <w:rPr>
          <w:rFonts w:ascii="Times New Roman" w:hAnsi="Times New Roman" w:cs="Times New Roman"/>
          <w:b/>
          <w:sz w:val="24"/>
          <w:szCs w:val="24"/>
        </w:rPr>
        <w:t xml:space="preserve"> </w:t>
      </w:r>
      <w:r w:rsidRPr="007B033C">
        <w:rPr>
          <w:rFonts w:ascii="Times New Roman" w:hAnsi="Times New Roman" w:cs="Times New Roman"/>
          <w:sz w:val="24"/>
          <w:szCs w:val="24"/>
        </w:rPr>
        <w:t>Sözleşmenin imzalandığı tarihinden itibaren 5 gün içinde yer teslimi yapılarak işe başlanacaktır.</w:t>
      </w:r>
    </w:p>
    <w:p w14:paraId="711A0859" w14:textId="77777777" w:rsidR="009F05AD" w:rsidRPr="007B033C" w:rsidRDefault="00FB73D3" w:rsidP="001324B8">
      <w:pPr>
        <w:pStyle w:val="ListeMaddemi"/>
        <w:spacing w:after="60"/>
        <w:jc w:val="both"/>
        <w:rPr>
          <w:rFonts w:ascii="Times New Roman" w:hAnsi="Times New Roman" w:cs="Times New Roman"/>
          <w:sz w:val="24"/>
          <w:szCs w:val="24"/>
        </w:rPr>
      </w:pPr>
      <w:r w:rsidRPr="007B033C">
        <w:rPr>
          <w:rFonts w:ascii="Times New Roman" w:hAnsi="Times New Roman" w:cs="Times New Roman"/>
          <w:b/>
          <w:sz w:val="24"/>
          <w:szCs w:val="24"/>
        </w:rPr>
        <w:t xml:space="preserve">ç) İşin </w:t>
      </w:r>
      <w:proofErr w:type="gramStart"/>
      <w:r w:rsidRPr="007B033C">
        <w:rPr>
          <w:rFonts w:ascii="Times New Roman" w:hAnsi="Times New Roman" w:cs="Times New Roman"/>
          <w:b/>
          <w:sz w:val="24"/>
          <w:szCs w:val="24"/>
        </w:rPr>
        <w:t>süresi :</w:t>
      </w:r>
      <w:proofErr w:type="gramEnd"/>
      <w:r w:rsidRPr="007B033C">
        <w:rPr>
          <w:rFonts w:ascii="Times New Roman" w:hAnsi="Times New Roman" w:cs="Times New Roman"/>
          <w:b/>
          <w:sz w:val="24"/>
          <w:szCs w:val="24"/>
        </w:rPr>
        <w:t xml:space="preserve"> </w:t>
      </w:r>
      <w:r w:rsidRPr="007B033C">
        <w:rPr>
          <w:rFonts w:ascii="Times New Roman" w:hAnsi="Times New Roman" w:cs="Times New Roman"/>
          <w:sz w:val="24"/>
          <w:szCs w:val="24"/>
        </w:rPr>
        <w:t>Yer tesliminden itibaren 720 takvim günüdür.</w:t>
      </w:r>
    </w:p>
    <w:p w14:paraId="0EBF2417" w14:textId="77777777" w:rsidR="009F05AD" w:rsidRPr="007B033C" w:rsidRDefault="00FB73D3" w:rsidP="001324B8">
      <w:pPr>
        <w:spacing w:before="280" w:after="120"/>
        <w:jc w:val="both"/>
        <w:rPr>
          <w:rFonts w:ascii="Times New Roman" w:hAnsi="Times New Roman" w:cs="Times New Roman"/>
          <w:sz w:val="24"/>
          <w:szCs w:val="24"/>
        </w:rPr>
      </w:pPr>
      <w:r w:rsidRPr="007B033C">
        <w:rPr>
          <w:rFonts w:ascii="Times New Roman" w:hAnsi="Times New Roman" w:cs="Times New Roman"/>
          <w:b/>
          <w:color w:val="1F4E79"/>
          <w:sz w:val="24"/>
          <w:szCs w:val="24"/>
        </w:rPr>
        <w:t>3 - Ön yeterlik değerlendirmesinin;</w:t>
      </w:r>
    </w:p>
    <w:p w14:paraId="55D82D3E" w14:textId="77777777" w:rsidR="009F05AD" w:rsidRPr="007B033C" w:rsidRDefault="00FB73D3" w:rsidP="001324B8">
      <w:pPr>
        <w:pStyle w:val="ListeMaddemi"/>
        <w:spacing w:after="60"/>
        <w:jc w:val="both"/>
        <w:rPr>
          <w:rFonts w:ascii="Times New Roman" w:hAnsi="Times New Roman" w:cs="Times New Roman"/>
          <w:sz w:val="24"/>
          <w:szCs w:val="24"/>
        </w:rPr>
      </w:pPr>
      <w:r w:rsidRPr="007B033C">
        <w:rPr>
          <w:rFonts w:ascii="Times New Roman" w:hAnsi="Times New Roman" w:cs="Times New Roman"/>
          <w:b/>
          <w:sz w:val="24"/>
          <w:szCs w:val="24"/>
        </w:rPr>
        <w:t xml:space="preserve">a) Yapılacağı </w:t>
      </w:r>
      <w:proofErr w:type="gramStart"/>
      <w:r w:rsidRPr="007B033C">
        <w:rPr>
          <w:rFonts w:ascii="Times New Roman" w:hAnsi="Times New Roman" w:cs="Times New Roman"/>
          <w:b/>
          <w:sz w:val="24"/>
          <w:szCs w:val="24"/>
        </w:rPr>
        <w:t>yer :</w:t>
      </w:r>
      <w:proofErr w:type="gramEnd"/>
      <w:r w:rsidRPr="007B033C">
        <w:rPr>
          <w:rFonts w:ascii="Times New Roman" w:hAnsi="Times New Roman" w:cs="Times New Roman"/>
          <w:b/>
          <w:sz w:val="24"/>
          <w:szCs w:val="24"/>
        </w:rPr>
        <w:t xml:space="preserve"> </w:t>
      </w:r>
      <w:r w:rsidRPr="007B033C">
        <w:rPr>
          <w:rFonts w:ascii="Times New Roman" w:hAnsi="Times New Roman" w:cs="Times New Roman"/>
          <w:sz w:val="24"/>
          <w:szCs w:val="24"/>
        </w:rPr>
        <w:t>Samsun Vakıflar Bölge Müdürlüğü Sanat Eserleri ve Yapı İşleri Şube Müdürlüğü 4. Kat, Hançerli Mah. Çifte Hamam Cad. No:14/4 İlkadım / SAMSUN</w:t>
      </w:r>
    </w:p>
    <w:p w14:paraId="614C87C7" w14:textId="4929D5D3" w:rsidR="009F05AD" w:rsidRPr="007B033C" w:rsidRDefault="00FB73D3" w:rsidP="001324B8">
      <w:pPr>
        <w:pStyle w:val="ListeMaddemi"/>
        <w:spacing w:after="60"/>
        <w:jc w:val="both"/>
        <w:rPr>
          <w:rFonts w:ascii="Times New Roman" w:hAnsi="Times New Roman" w:cs="Times New Roman"/>
          <w:sz w:val="24"/>
          <w:szCs w:val="24"/>
        </w:rPr>
      </w:pPr>
      <w:r w:rsidRPr="007B033C">
        <w:rPr>
          <w:rFonts w:ascii="Times New Roman" w:hAnsi="Times New Roman" w:cs="Times New Roman"/>
          <w:b/>
          <w:sz w:val="24"/>
          <w:szCs w:val="24"/>
        </w:rPr>
        <w:t xml:space="preserve">b) Tarihi ve </w:t>
      </w:r>
      <w:proofErr w:type="gramStart"/>
      <w:r w:rsidRPr="007B033C">
        <w:rPr>
          <w:rFonts w:ascii="Times New Roman" w:hAnsi="Times New Roman" w:cs="Times New Roman"/>
          <w:b/>
          <w:sz w:val="24"/>
          <w:szCs w:val="24"/>
        </w:rPr>
        <w:t>saati :</w:t>
      </w:r>
      <w:proofErr w:type="gramEnd"/>
      <w:r w:rsidRPr="007B033C">
        <w:rPr>
          <w:rFonts w:ascii="Times New Roman" w:hAnsi="Times New Roman" w:cs="Times New Roman"/>
          <w:b/>
          <w:sz w:val="24"/>
          <w:szCs w:val="24"/>
        </w:rPr>
        <w:t xml:space="preserve"> </w:t>
      </w:r>
      <w:r w:rsidRPr="007B033C">
        <w:rPr>
          <w:rFonts w:ascii="Times New Roman" w:hAnsi="Times New Roman" w:cs="Times New Roman"/>
          <w:sz w:val="24"/>
          <w:szCs w:val="24"/>
        </w:rPr>
        <w:t xml:space="preserve">30/10/2026 - </w:t>
      </w:r>
      <w:proofErr w:type="spellStart"/>
      <w:r w:rsidRPr="007B033C">
        <w:rPr>
          <w:rFonts w:ascii="Times New Roman" w:hAnsi="Times New Roman" w:cs="Times New Roman"/>
          <w:sz w:val="24"/>
          <w:szCs w:val="24"/>
        </w:rPr>
        <w:t>Saati</w:t>
      </w:r>
      <w:proofErr w:type="spellEnd"/>
      <w:r w:rsidRPr="007B033C">
        <w:rPr>
          <w:rFonts w:ascii="Times New Roman" w:hAnsi="Times New Roman" w:cs="Times New Roman"/>
          <w:sz w:val="24"/>
          <w:szCs w:val="24"/>
        </w:rPr>
        <w:t xml:space="preserve">: </w:t>
      </w:r>
      <w:r w:rsidR="00F102B5" w:rsidRPr="007B033C">
        <w:rPr>
          <w:rFonts w:ascii="Times New Roman" w:hAnsi="Times New Roman" w:cs="Times New Roman"/>
          <w:sz w:val="24"/>
          <w:szCs w:val="24"/>
        </w:rPr>
        <w:t>10:00</w:t>
      </w:r>
    </w:p>
    <w:p w14:paraId="5001B87B" w14:textId="77777777" w:rsidR="009F05AD" w:rsidRPr="007B033C" w:rsidRDefault="00FB73D3" w:rsidP="001324B8">
      <w:pPr>
        <w:spacing w:before="280" w:after="120"/>
        <w:jc w:val="both"/>
        <w:rPr>
          <w:rFonts w:ascii="Times New Roman" w:hAnsi="Times New Roman" w:cs="Times New Roman"/>
          <w:sz w:val="24"/>
          <w:szCs w:val="24"/>
        </w:rPr>
      </w:pPr>
      <w:r w:rsidRPr="007B033C">
        <w:rPr>
          <w:rFonts w:ascii="Times New Roman" w:hAnsi="Times New Roman" w:cs="Times New Roman"/>
          <w:b/>
          <w:color w:val="1F4E79"/>
          <w:sz w:val="24"/>
          <w:szCs w:val="24"/>
        </w:rPr>
        <w:t>4 - Ön yeterlik değerlendirmesine katılabilme şartları ve istenilen belgeler ile ön yeterlik değerlendirmesinde uygulanacak kriterler:</w:t>
      </w:r>
    </w:p>
    <w:p w14:paraId="6D0F22B1" w14:textId="77777777" w:rsidR="009F05AD" w:rsidRPr="007B033C" w:rsidRDefault="00FB73D3" w:rsidP="001324B8">
      <w:pPr>
        <w:spacing w:before="200" w:after="80"/>
        <w:jc w:val="both"/>
        <w:rPr>
          <w:rFonts w:ascii="Times New Roman" w:hAnsi="Times New Roman" w:cs="Times New Roman"/>
          <w:sz w:val="24"/>
          <w:szCs w:val="24"/>
        </w:rPr>
      </w:pPr>
      <w:r w:rsidRPr="007B033C">
        <w:rPr>
          <w:rFonts w:ascii="Times New Roman" w:hAnsi="Times New Roman" w:cs="Times New Roman"/>
          <w:b/>
          <w:color w:val="2C3E50"/>
          <w:sz w:val="24"/>
          <w:szCs w:val="24"/>
        </w:rPr>
        <w:lastRenderedPageBreak/>
        <w:t>4.1. Ön yeterlik değerlendirmesine katılma şartları ve istenilen belgeler:</w:t>
      </w:r>
    </w:p>
    <w:p w14:paraId="01AC02FE" w14:textId="0FD980EB" w:rsidR="009F05AD" w:rsidRPr="007B033C" w:rsidRDefault="00FB73D3" w:rsidP="001324B8">
      <w:pPr>
        <w:spacing w:after="80"/>
        <w:jc w:val="both"/>
        <w:rPr>
          <w:rFonts w:ascii="Times New Roman" w:hAnsi="Times New Roman" w:cs="Times New Roman"/>
          <w:sz w:val="24"/>
          <w:szCs w:val="24"/>
        </w:rPr>
      </w:pPr>
      <w:r w:rsidRPr="007B033C">
        <w:rPr>
          <w:rFonts w:ascii="Times New Roman" w:hAnsi="Times New Roman" w:cs="Times New Roman"/>
          <w:b/>
          <w:sz w:val="24"/>
          <w:szCs w:val="24"/>
        </w:rPr>
        <w:t xml:space="preserve">4.1.1. Oda Kayıt Belgesi: </w:t>
      </w:r>
      <w:r w:rsidRPr="007B033C">
        <w:rPr>
          <w:rFonts w:ascii="Times New Roman" w:hAnsi="Times New Roman" w:cs="Times New Roman"/>
          <w:sz w:val="24"/>
          <w:szCs w:val="24"/>
        </w:rPr>
        <w:t>Mevzuatı gereği kayıtlı olduğu ticaret ve/veya sanayi odası veya ilgili meslek odası belgesi (Gerçek kişiler için ilk ilan/ihale yılkı odaya kayıt belgesi; Tüzel kişiler için Ticaret ve/veya Sanayi Odasından alınmış tüzel kişiliğin sicile kayıtlı olduğuna dair belge).</w:t>
      </w:r>
    </w:p>
    <w:p w14:paraId="3EFB840B" w14:textId="12E1D3CC" w:rsidR="009F05AD" w:rsidRPr="007B033C" w:rsidRDefault="007B033C" w:rsidP="001324B8">
      <w:pPr>
        <w:pStyle w:val="ListeMaddemi"/>
        <w:numPr>
          <w:ilvl w:val="0"/>
          <w:numId w:val="0"/>
        </w:numPr>
        <w:spacing w:after="60"/>
        <w:ind w:left="360" w:hanging="360"/>
        <w:jc w:val="both"/>
        <w:rPr>
          <w:rFonts w:ascii="Times New Roman" w:hAnsi="Times New Roman" w:cs="Times New Roman"/>
          <w:sz w:val="24"/>
          <w:szCs w:val="24"/>
        </w:rPr>
      </w:pPr>
      <w:r w:rsidRPr="007B033C">
        <w:rPr>
          <w:rFonts w:ascii="Times New Roman" w:hAnsi="Times New Roman" w:cs="Times New Roman"/>
          <w:b/>
          <w:sz w:val="24"/>
          <w:szCs w:val="24"/>
        </w:rPr>
        <w:t>4.1.2</w:t>
      </w:r>
      <w:r w:rsidR="00FB73D3" w:rsidRPr="007B033C">
        <w:rPr>
          <w:rFonts w:ascii="Times New Roman" w:hAnsi="Times New Roman" w:cs="Times New Roman"/>
          <w:b/>
          <w:sz w:val="24"/>
          <w:szCs w:val="24"/>
        </w:rPr>
        <w:t xml:space="preserve">. İmza Beyannamesi / Sirküleri: </w:t>
      </w:r>
      <w:r w:rsidR="00FB73D3" w:rsidRPr="007B033C">
        <w:rPr>
          <w:rFonts w:ascii="Times New Roman" w:hAnsi="Times New Roman" w:cs="Times New Roman"/>
          <w:sz w:val="24"/>
          <w:szCs w:val="24"/>
        </w:rPr>
        <w:t>Ön yeterlik başvurusu yapmaya yetkili olduğunu gösteren noter tasdikli imza beyannamesi veya imza sirküleri.</w:t>
      </w:r>
    </w:p>
    <w:p w14:paraId="5205758F" w14:textId="538FA2FC" w:rsidR="009F05AD" w:rsidRPr="007B033C" w:rsidRDefault="007B033C" w:rsidP="001324B8">
      <w:pPr>
        <w:pStyle w:val="ListeMaddemi"/>
        <w:numPr>
          <w:ilvl w:val="0"/>
          <w:numId w:val="0"/>
        </w:numPr>
        <w:spacing w:after="60"/>
        <w:ind w:left="360" w:hanging="360"/>
        <w:jc w:val="both"/>
        <w:rPr>
          <w:rFonts w:ascii="Times New Roman" w:hAnsi="Times New Roman" w:cs="Times New Roman"/>
          <w:sz w:val="24"/>
          <w:szCs w:val="24"/>
        </w:rPr>
      </w:pPr>
      <w:r w:rsidRPr="007B033C">
        <w:rPr>
          <w:rFonts w:ascii="Times New Roman" w:hAnsi="Times New Roman" w:cs="Times New Roman"/>
          <w:b/>
          <w:sz w:val="24"/>
          <w:szCs w:val="24"/>
        </w:rPr>
        <w:t xml:space="preserve">4.1.3. </w:t>
      </w:r>
      <w:r w:rsidR="00FB73D3" w:rsidRPr="007B033C">
        <w:rPr>
          <w:rFonts w:ascii="Times New Roman" w:hAnsi="Times New Roman" w:cs="Times New Roman"/>
          <w:b/>
          <w:sz w:val="24"/>
          <w:szCs w:val="24"/>
        </w:rPr>
        <w:t xml:space="preserve"> Vekaletname: </w:t>
      </w:r>
      <w:r w:rsidR="00FB73D3" w:rsidRPr="007B033C">
        <w:rPr>
          <w:rFonts w:ascii="Times New Roman" w:hAnsi="Times New Roman" w:cs="Times New Roman"/>
          <w:sz w:val="24"/>
          <w:szCs w:val="24"/>
        </w:rPr>
        <w:t>Vekaleten katılma halinde, vekil adına düzenlenmiş noter onaylı vekaletname ile vekilin noter tasdikli imza beyannamesi.</w:t>
      </w:r>
    </w:p>
    <w:p w14:paraId="367BDE72" w14:textId="02D44C64" w:rsidR="009F05AD" w:rsidRPr="007B033C" w:rsidRDefault="007B033C" w:rsidP="001324B8">
      <w:pPr>
        <w:pStyle w:val="ListeMaddemi"/>
        <w:numPr>
          <w:ilvl w:val="0"/>
          <w:numId w:val="0"/>
        </w:numPr>
        <w:spacing w:after="60"/>
        <w:ind w:left="360" w:hanging="360"/>
        <w:jc w:val="both"/>
        <w:rPr>
          <w:rFonts w:ascii="Times New Roman" w:hAnsi="Times New Roman" w:cs="Times New Roman"/>
          <w:sz w:val="24"/>
          <w:szCs w:val="24"/>
        </w:rPr>
      </w:pPr>
      <w:r w:rsidRPr="007B033C">
        <w:rPr>
          <w:rFonts w:ascii="Times New Roman" w:hAnsi="Times New Roman" w:cs="Times New Roman"/>
          <w:b/>
          <w:sz w:val="24"/>
          <w:szCs w:val="24"/>
        </w:rPr>
        <w:t>4.1.4.</w:t>
      </w:r>
      <w:r w:rsidR="00FB73D3" w:rsidRPr="007B033C">
        <w:rPr>
          <w:rFonts w:ascii="Times New Roman" w:hAnsi="Times New Roman" w:cs="Times New Roman"/>
          <w:b/>
          <w:sz w:val="24"/>
          <w:szCs w:val="24"/>
        </w:rPr>
        <w:t xml:space="preserve"> </w:t>
      </w:r>
      <w:proofErr w:type="spellStart"/>
      <w:r w:rsidR="00FB73D3" w:rsidRPr="007B033C">
        <w:rPr>
          <w:rFonts w:ascii="Times New Roman" w:hAnsi="Times New Roman" w:cs="Times New Roman"/>
          <w:b/>
          <w:sz w:val="24"/>
          <w:szCs w:val="24"/>
        </w:rPr>
        <w:t>İş</w:t>
      </w:r>
      <w:proofErr w:type="spellEnd"/>
      <w:r w:rsidR="00FB73D3" w:rsidRPr="007B033C">
        <w:rPr>
          <w:rFonts w:ascii="Times New Roman" w:hAnsi="Times New Roman" w:cs="Times New Roman"/>
          <w:b/>
          <w:sz w:val="24"/>
          <w:szCs w:val="24"/>
        </w:rPr>
        <w:t xml:space="preserve"> </w:t>
      </w:r>
      <w:proofErr w:type="spellStart"/>
      <w:r w:rsidR="00FB73D3" w:rsidRPr="007B033C">
        <w:rPr>
          <w:rFonts w:ascii="Times New Roman" w:hAnsi="Times New Roman" w:cs="Times New Roman"/>
          <w:b/>
          <w:sz w:val="24"/>
          <w:szCs w:val="24"/>
        </w:rPr>
        <w:t>Ortaklığı</w:t>
      </w:r>
      <w:proofErr w:type="spellEnd"/>
      <w:r w:rsidR="00FB73D3" w:rsidRPr="007B033C">
        <w:rPr>
          <w:rFonts w:ascii="Times New Roman" w:hAnsi="Times New Roman" w:cs="Times New Roman"/>
          <w:b/>
          <w:sz w:val="24"/>
          <w:szCs w:val="24"/>
        </w:rPr>
        <w:t xml:space="preserve"> </w:t>
      </w:r>
      <w:proofErr w:type="spellStart"/>
      <w:r w:rsidR="00FB73D3" w:rsidRPr="007B033C">
        <w:rPr>
          <w:rFonts w:ascii="Times New Roman" w:hAnsi="Times New Roman" w:cs="Times New Roman"/>
          <w:b/>
          <w:sz w:val="24"/>
          <w:szCs w:val="24"/>
        </w:rPr>
        <w:t>Beyannamesi</w:t>
      </w:r>
      <w:proofErr w:type="spellEnd"/>
      <w:r w:rsidR="00FB73D3" w:rsidRPr="007B033C">
        <w:rPr>
          <w:rFonts w:ascii="Times New Roman" w:hAnsi="Times New Roman" w:cs="Times New Roman"/>
          <w:b/>
          <w:sz w:val="24"/>
          <w:szCs w:val="24"/>
        </w:rPr>
        <w:t xml:space="preserve">: </w:t>
      </w:r>
      <w:proofErr w:type="spellStart"/>
      <w:r w:rsidR="00FB73D3" w:rsidRPr="007B033C">
        <w:rPr>
          <w:rFonts w:ascii="Times New Roman" w:hAnsi="Times New Roman" w:cs="Times New Roman"/>
          <w:sz w:val="24"/>
          <w:szCs w:val="24"/>
        </w:rPr>
        <w:t>İdarece</w:t>
      </w:r>
      <w:proofErr w:type="spellEnd"/>
      <w:r w:rsidR="00FB73D3" w:rsidRPr="007B033C">
        <w:rPr>
          <w:rFonts w:ascii="Times New Roman" w:hAnsi="Times New Roman" w:cs="Times New Roman"/>
          <w:sz w:val="24"/>
          <w:szCs w:val="24"/>
        </w:rPr>
        <w:t xml:space="preserve"> </w:t>
      </w:r>
      <w:proofErr w:type="spellStart"/>
      <w:r w:rsidR="00FB73D3" w:rsidRPr="007B033C">
        <w:rPr>
          <w:rFonts w:ascii="Times New Roman" w:hAnsi="Times New Roman" w:cs="Times New Roman"/>
          <w:sz w:val="24"/>
          <w:szCs w:val="24"/>
        </w:rPr>
        <w:t>hazırlanan</w:t>
      </w:r>
      <w:proofErr w:type="spellEnd"/>
      <w:r w:rsidR="00FB73D3" w:rsidRPr="007B033C">
        <w:rPr>
          <w:rFonts w:ascii="Times New Roman" w:hAnsi="Times New Roman" w:cs="Times New Roman"/>
          <w:sz w:val="24"/>
          <w:szCs w:val="24"/>
        </w:rPr>
        <w:t xml:space="preserve"> </w:t>
      </w:r>
      <w:proofErr w:type="spellStart"/>
      <w:r w:rsidR="00FB73D3" w:rsidRPr="007B033C">
        <w:rPr>
          <w:rFonts w:ascii="Times New Roman" w:hAnsi="Times New Roman" w:cs="Times New Roman"/>
          <w:sz w:val="24"/>
          <w:szCs w:val="24"/>
        </w:rPr>
        <w:t>standart</w:t>
      </w:r>
      <w:proofErr w:type="spellEnd"/>
      <w:r w:rsidR="00FB73D3" w:rsidRPr="007B033C">
        <w:rPr>
          <w:rFonts w:ascii="Times New Roman" w:hAnsi="Times New Roman" w:cs="Times New Roman"/>
          <w:sz w:val="24"/>
          <w:szCs w:val="24"/>
        </w:rPr>
        <w:t xml:space="preserve"> forma </w:t>
      </w:r>
      <w:proofErr w:type="spellStart"/>
      <w:r w:rsidR="00FB73D3" w:rsidRPr="007B033C">
        <w:rPr>
          <w:rFonts w:ascii="Times New Roman" w:hAnsi="Times New Roman" w:cs="Times New Roman"/>
          <w:sz w:val="24"/>
          <w:szCs w:val="24"/>
        </w:rPr>
        <w:t>uygun</w:t>
      </w:r>
      <w:proofErr w:type="spellEnd"/>
      <w:r w:rsidR="00FB73D3" w:rsidRPr="007B033C">
        <w:rPr>
          <w:rFonts w:ascii="Times New Roman" w:hAnsi="Times New Roman" w:cs="Times New Roman"/>
          <w:sz w:val="24"/>
          <w:szCs w:val="24"/>
        </w:rPr>
        <w:t xml:space="preserve"> iş ortaklığı beyannamesi (</w:t>
      </w:r>
      <w:proofErr w:type="spellStart"/>
      <w:r w:rsidR="00FB73D3" w:rsidRPr="007B033C">
        <w:rPr>
          <w:rFonts w:ascii="Times New Roman" w:hAnsi="Times New Roman" w:cs="Times New Roman"/>
          <w:sz w:val="24"/>
          <w:szCs w:val="24"/>
        </w:rPr>
        <w:t>İş</w:t>
      </w:r>
      <w:proofErr w:type="spellEnd"/>
      <w:r w:rsidR="00FB73D3" w:rsidRPr="007B033C">
        <w:rPr>
          <w:rFonts w:ascii="Times New Roman" w:hAnsi="Times New Roman" w:cs="Times New Roman"/>
          <w:sz w:val="24"/>
          <w:szCs w:val="24"/>
        </w:rPr>
        <w:t xml:space="preserve"> </w:t>
      </w:r>
      <w:proofErr w:type="spellStart"/>
      <w:r w:rsidR="00FB73D3" w:rsidRPr="007B033C">
        <w:rPr>
          <w:rFonts w:ascii="Times New Roman" w:hAnsi="Times New Roman" w:cs="Times New Roman"/>
          <w:sz w:val="24"/>
          <w:szCs w:val="24"/>
        </w:rPr>
        <w:t>ortaklığı</w:t>
      </w:r>
      <w:proofErr w:type="spellEnd"/>
      <w:r w:rsidR="00FB73D3" w:rsidRPr="007B033C">
        <w:rPr>
          <w:rFonts w:ascii="Times New Roman" w:hAnsi="Times New Roman" w:cs="Times New Roman"/>
          <w:sz w:val="24"/>
          <w:szCs w:val="24"/>
        </w:rPr>
        <w:t xml:space="preserve"> </w:t>
      </w:r>
      <w:proofErr w:type="spellStart"/>
      <w:r w:rsidR="00FB73D3" w:rsidRPr="007B033C">
        <w:rPr>
          <w:rFonts w:ascii="Times New Roman" w:hAnsi="Times New Roman" w:cs="Times New Roman"/>
          <w:sz w:val="24"/>
          <w:szCs w:val="24"/>
        </w:rPr>
        <w:t>olarak</w:t>
      </w:r>
      <w:proofErr w:type="spellEnd"/>
      <w:r w:rsidR="00FB73D3" w:rsidRPr="007B033C">
        <w:rPr>
          <w:rFonts w:ascii="Times New Roman" w:hAnsi="Times New Roman" w:cs="Times New Roman"/>
          <w:sz w:val="24"/>
          <w:szCs w:val="24"/>
        </w:rPr>
        <w:t xml:space="preserve"> </w:t>
      </w:r>
      <w:proofErr w:type="spellStart"/>
      <w:r w:rsidR="00FB73D3" w:rsidRPr="007B033C">
        <w:rPr>
          <w:rFonts w:ascii="Times New Roman" w:hAnsi="Times New Roman" w:cs="Times New Roman"/>
          <w:sz w:val="24"/>
          <w:szCs w:val="24"/>
        </w:rPr>
        <w:t>başvurulması</w:t>
      </w:r>
      <w:proofErr w:type="spellEnd"/>
      <w:r w:rsidR="00FB73D3" w:rsidRPr="007B033C">
        <w:rPr>
          <w:rFonts w:ascii="Times New Roman" w:hAnsi="Times New Roman" w:cs="Times New Roman"/>
          <w:sz w:val="24"/>
          <w:szCs w:val="24"/>
        </w:rPr>
        <w:t xml:space="preserve"> </w:t>
      </w:r>
      <w:proofErr w:type="spellStart"/>
      <w:r w:rsidR="00FB73D3" w:rsidRPr="007B033C">
        <w:rPr>
          <w:rFonts w:ascii="Times New Roman" w:hAnsi="Times New Roman" w:cs="Times New Roman"/>
          <w:sz w:val="24"/>
          <w:szCs w:val="24"/>
        </w:rPr>
        <w:t>halinde</w:t>
      </w:r>
      <w:proofErr w:type="spellEnd"/>
      <w:r w:rsidR="00FB73D3" w:rsidRPr="007B033C">
        <w:rPr>
          <w:rFonts w:ascii="Times New Roman" w:hAnsi="Times New Roman" w:cs="Times New Roman"/>
          <w:sz w:val="24"/>
          <w:szCs w:val="24"/>
        </w:rPr>
        <w:t xml:space="preserve"> - </w:t>
      </w:r>
      <w:proofErr w:type="spellStart"/>
      <w:r w:rsidR="00FB73D3" w:rsidRPr="007B033C">
        <w:rPr>
          <w:rFonts w:ascii="Times New Roman" w:hAnsi="Times New Roman" w:cs="Times New Roman"/>
          <w:sz w:val="24"/>
          <w:szCs w:val="24"/>
        </w:rPr>
        <w:t>Standart</w:t>
      </w:r>
      <w:proofErr w:type="spellEnd"/>
      <w:r w:rsidR="00FB73D3" w:rsidRPr="007B033C">
        <w:rPr>
          <w:rFonts w:ascii="Times New Roman" w:hAnsi="Times New Roman" w:cs="Times New Roman"/>
          <w:sz w:val="24"/>
          <w:szCs w:val="24"/>
        </w:rPr>
        <w:t xml:space="preserve"> Form VGM-U2</w:t>
      </w:r>
      <w:r w:rsidR="005D1F79">
        <w:rPr>
          <w:rFonts w:ascii="Times New Roman" w:hAnsi="Times New Roman" w:cs="Times New Roman"/>
          <w:sz w:val="24"/>
          <w:szCs w:val="24"/>
        </w:rPr>
        <w:t>8</w:t>
      </w:r>
      <w:r w:rsidR="00FB73D3" w:rsidRPr="007B033C">
        <w:rPr>
          <w:rFonts w:ascii="Times New Roman" w:hAnsi="Times New Roman" w:cs="Times New Roman"/>
          <w:sz w:val="24"/>
          <w:szCs w:val="24"/>
        </w:rPr>
        <w:t>).</w:t>
      </w:r>
    </w:p>
    <w:p w14:paraId="491179AE" w14:textId="1929C668" w:rsidR="009F05AD" w:rsidRPr="007B033C" w:rsidRDefault="007B033C" w:rsidP="001324B8">
      <w:pPr>
        <w:pStyle w:val="ListeMaddemi"/>
        <w:numPr>
          <w:ilvl w:val="0"/>
          <w:numId w:val="0"/>
        </w:numPr>
        <w:spacing w:after="60"/>
        <w:ind w:left="360" w:hanging="360"/>
        <w:jc w:val="both"/>
        <w:rPr>
          <w:rFonts w:ascii="Times New Roman" w:hAnsi="Times New Roman" w:cs="Times New Roman"/>
          <w:sz w:val="24"/>
          <w:szCs w:val="24"/>
        </w:rPr>
      </w:pPr>
      <w:r w:rsidRPr="007B033C">
        <w:rPr>
          <w:rFonts w:ascii="Times New Roman" w:hAnsi="Times New Roman" w:cs="Times New Roman"/>
          <w:b/>
          <w:sz w:val="24"/>
          <w:szCs w:val="24"/>
        </w:rPr>
        <w:t>4.1.5.</w:t>
      </w:r>
      <w:r w:rsidR="00FB73D3" w:rsidRPr="007B033C">
        <w:rPr>
          <w:rFonts w:ascii="Times New Roman" w:hAnsi="Times New Roman" w:cs="Times New Roman"/>
          <w:b/>
          <w:sz w:val="24"/>
          <w:szCs w:val="24"/>
        </w:rPr>
        <w:t xml:space="preserve"> Ortaklık Durum Belgesi: </w:t>
      </w:r>
      <w:r w:rsidR="00FB73D3" w:rsidRPr="007B033C">
        <w:rPr>
          <w:rFonts w:ascii="Times New Roman" w:hAnsi="Times New Roman" w:cs="Times New Roman"/>
          <w:sz w:val="24"/>
          <w:szCs w:val="24"/>
        </w:rPr>
        <w:t xml:space="preserve">Tüzel kişiliğin yarısından fazla hissesine sahip ortağına ait iş deneyim belgesinin sunulması durumunda </w:t>
      </w:r>
      <w:proofErr w:type="spellStart"/>
      <w:r w:rsidR="00FB73D3" w:rsidRPr="007B033C">
        <w:rPr>
          <w:rFonts w:ascii="Times New Roman" w:hAnsi="Times New Roman" w:cs="Times New Roman"/>
          <w:sz w:val="24"/>
          <w:szCs w:val="24"/>
        </w:rPr>
        <w:t>Ticaret</w:t>
      </w:r>
      <w:proofErr w:type="spellEnd"/>
      <w:r w:rsidR="00FB73D3" w:rsidRPr="007B033C">
        <w:rPr>
          <w:rFonts w:ascii="Times New Roman" w:hAnsi="Times New Roman" w:cs="Times New Roman"/>
          <w:sz w:val="24"/>
          <w:szCs w:val="24"/>
        </w:rPr>
        <w:t xml:space="preserve"> </w:t>
      </w:r>
      <w:proofErr w:type="spellStart"/>
      <w:r w:rsidR="00FB73D3" w:rsidRPr="007B033C">
        <w:rPr>
          <w:rFonts w:ascii="Times New Roman" w:hAnsi="Times New Roman" w:cs="Times New Roman"/>
          <w:sz w:val="24"/>
          <w:szCs w:val="24"/>
        </w:rPr>
        <w:t>Sicil</w:t>
      </w:r>
      <w:proofErr w:type="spellEnd"/>
      <w:r w:rsidR="00FB73D3" w:rsidRPr="007B033C">
        <w:rPr>
          <w:rFonts w:ascii="Times New Roman" w:hAnsi="Times New Roman" w:cs="Times New Roman"/>
          <w:sz w:val="24"/>
          <w:szCs w:val="24"/>
        </w:rPr>
        <w:t xml:space="preserve"> </w:t>
      </w:r>
      <w:proofErr w:type="spellStart"/>
      <w:r w:rsidR="00FB73D3" w:rsidRPr="007B033C">
        <w:rPr>
          <w:rFonts w:ascii="Times New Roman" w:hAnsi="Times New Roman" w:cs="Times New Roman"/>
          <w:sz w:val="24"/>
          <w:szCs w:val="24"/>
        </w:rPr>
        <w:t>Memurluğu</w:t>
      </w:r>
      <w:proofErr w:type="spellEnd"/>
      <w:r w:rsidR="00FB73D3" w:rsidRPr="007B033C">
        <w:rPr>
          <w:rFonts w:ascii="Times New Roman" w:hAnsi="Times New Roman" w:cs="Times New Roman"/>
          <w:sz w:val="24"/>
          <w:szCs w:val="24"/>
        </w:rPr>
        <w:t xml:space="preserve"> </w:t>
      </w:r>
      <w:proofErr w:type="spellStart"/>
      <w:r w:rsidR="00FB73D3" w:rsidRPr="007B033C">
        <w:rPr>
          <w:rFonts w:ascii="Times New Roman" w:hAnsi="Times New Roman" w:cs="Times New Roman"/>
          <w:sz w:val="24"/>
          <w:szCs w:val="24"/>
        </w:rPr>
        <w:t>veya</w:t>
      </w:r>
      <w:proofErr w:type="spellEnd"/>
      <w:r w:rsidR="00FB73D3" w:rsidRPr="007B033C">
        <w:rPr>
          <w:rFonts w:ascii="Times New Roman" w:hAnsi="Times New Roman" w:cs="Times New Roman"/>
          <w:sz w:val="24"/>
          <w:szCs w:val="24"/>
        </w:rPr>
        <w:t xml:space="preserve"> YMM/SMMM </w:t>
      </w:r>
      <w:proofErr w:type="spellStart"/>
      <w:r w:rsidR="00FB73D3" w:rsidRPr="007B033C">
        <w:rPr>
          <w:rFonts w:ascii="Times New Roman" w:hAnsi="Times New Roman" w:cs="Times New Roman"/>
          <w:sz w:val="24"/>
          <w:szCs w:val="24"/>
        </w:rPr>
        <w:t>onaylı</w:t>
      </w:r>
      <w:proofErr w:type="spellEnd"/>
      <w:r w:rsidR="00FB73D3" w:rsidRPr="007B033C">
        <w:rPr>
          <w:rFonts w:ascii="Times New Roman" w:hAnsi="Times New Roman" w:cs="Times New Roman"/>
          <w:sz w:val="24"/>
          <w:szCs w:val="24"/>
        </w:rPr>
        <w:t xml:space="preserve"> </w:t>
      </w:r>
      <w:proofErr w:type="spellStart"/>
      <w:r w:rsidR="00FB73D3" w:rsidRPr="007B033C">
        <w:rPr>
          <w:rFonts w:ascii="Times New Roman" w:hAnsi="Times New Roman" w:cs="Times New Roman"/>
          <w:sz w:val="24"/>
          <w:szCs w:val="24"/>
        </w:rPr>
        <w:t>ortaklık</w:t>
      </w:r>
      <w:proofErr w:type="spellEnd"/>
      <w:r w:rsidR="00FB73D3" w:rsidRPr="007B033C">
        <w:rPr>
          <w:rFonts w:ascii="Times New Roman" w:hAnsi="Times New Roman" w:cs="Times New Roman"/>
          <w:sz w:val="24"/>
          <w:szCs w:val="24"/>
        </w:rPr>
        <w:t xml:space="preserve"> durum </w:t>
      </w:r>
      <w:proofErr w:type="spellStart"/>
      <w:r w:rsidR="00FB73D3" w:rsidRPr="007B033C">
        <w:rPr>
          <w:rFonts w:ascii="Times New Roman" w:hAnsi="Times New Roman" w:cs="Times New Roman"/>
          <w:sz w:val="24"/>
          <w:szCs w:val="24"/>
        </w:rPr>
        <w:t>belgesi</w:t>
      </w:r>
      <w:proofErr w:type="spellEnd"/>
      <w:r w:rsidR="005D1F79">
        <w:rPr>
          <w:rFonts w:ascii="Times New Roman" w:hAnsi="Times New Roman" w:cs="Times New Roman"/>
          <w:sz w:val="24"/>
          <w:szCs w:val="24"/>
        </w:rPr>
        <w:t xml:space="preserve"> (</w:t>
      </w:r>
      <w:proofErr w:type="spellStart"/>
      <w:r w:rsidR="005D1F79" w:rsidRPr="007B033C">
        <w:rPr>
          <w:rFonts w:ascii="Times New Roman" w:hAnsi="Times New Roman" w:cs="Times New Roman"/>
          <w:sz w:val="24"/>
          <w:szCs w:val="24"/>
        </w:rPr>
        <w:t>Standart</w:t>
      </w:r>
      <w:proofErr w:type="spellEnd"/>
      <w:r w:rsidR="005D1F79" w:rsidRPr="007B033C">
        <w:rPr>
          <w:rFonts w:ascii="Times New Roman" w:hAnsi="Times New Roman" w:cs="Times New Roman"/>
          <w:sz w:val="24"/>
          <w:szCs w:val="24"/>
        </w:rPr>
        <w:t xml:space="preserve"> Form VGM-U</w:t>
      </w:r>
      <w:r w:rsidR="005D1F79">
        <w:rPr>
          <w:rFonts w:ascii="Times New Roman" w:hAnsi="Times New Roman" w:cs="Times New Roman"/>
          <w:sz w:val="24"/>
          <w:szCs w:val="24"/>
        </w:rPr>
        <w:t>36)</w:t>
      </w:r>
    </w:p>
    <w:p w14:paraId="4B1A8225" w14:textId="232D55BF" w:rsidR="009F05AD" w:rsidRPr="007B033C" w:rsidRDefault="007B033C" w:rsidP="001324B8">
      <w:pPr>
        <w:pStyle w:val="ListeMaddemi"/>
        <w:numPr>
          <w:ilvl w:val="0"/>
          <w:numId w:val="0"/>
        </w:numPr>
        <w:spacing w:after="60"/>
        <w:ind w:left="360" w:hanging="360"/>
        <w:jc w:val="both"/>
        <w:rPr>
          <w:rFonts w:ascii="Times New Roman" w:hAnsi="Times New Roman" w:cs="Times New Roman"/>
          <w:sz w:val="24"/>
          <w:szCs w:val="24"/>
        </w:rPr>
      </w:pPr>
      <w:r w:rsidRPr="007B033C">
        <w:rPr>
          <w:rFonts w:ascii="Times New Roman" w:hAnsi="Times New Roman" w:cs="Times New Roman"/>
          <w:b/>
          <w:sz w:val="24"/>
          <w:szCs w:val="24"/>
        </w:rPr>
        <w:t xml:space="preserve">4.1.1. </w:t>
      </w:r>
      <w:proofErr w:type="spellStart"/>
      <w:r w:rsidR="00FB73D3" w:rsidRPr="007B033C">
        <w:rPr>
          <w:rFonts w:ascii="Times New Roman" w:hAnsi="Times New Roman" w:cs="Times New Roman"/>
          <w:b/>
          <w:sz w:val="24"/>
          <w:szCs w:val="24"/>
        </w:rPr>
        <w:t>Başvuru</w:t>
      </w:r>
      <w:proofErr w:type="spellEnd"/>
      <w:r w:rsidR="00FB73D3" w:rsidRPr="007B033C">
        <w:rPr>
          <w:rFonts w:ascii="Times New Roman" w:hAnsi="Times New Roman" w:cs="Times New Roman"/>
          <w:b/>
          <w:sz w:val="24"/>
          <w:szCs w:val="24"/>
        </w:rPr>
        <w:t xml:space="preserve"> </w:t>
      </w:r>
      <w:proofErr w:type="spellStart"/>
      <w:r w:rsidR="00FB73D3" w:rsidRPr="007B033C">
        <w:rPr>
          <w:rFonts w:ascii="Times New Roman" w:hAnsi="Times New Roman" w:cs="Times New Roman"/>
          <w:b/>
          <w:sz w:val="24"/>
          <w:szCs w:val="24"/>
        </w:rPr>
        <w:t>Mektubu</w:t>
      </w:r>
      <w:proofErr w:type="spellEnd"/>
      <w:r w:rsidR="00FB73D3" w:rsidRPr="007B033C">
        <w:rPr>
          <w:rFonts w:ascii="Times New Roman" w:hAnsi="Times New Roman" w:cs="Times New Roman"/>
          <w:b/>
          <w:sz w:val="24"/>
          <w:szCs w:val="24"/>
        </w:rPr>
        <w:t xml:space="preserve">: </w:t>
      </w:r>
      <w:proofErr w:type="spellStart"/>
      <w:r w:rsidR="00FB73D3" w:rsidRPr="007B033C">
        <w:rPr>
          <w:rFonts w:ascii="Times New Roman" w:hAnsi="Times New Roman" w:cs="Times New Roman"/>
          <w:sz w:val="24"/>
          <w:szCs w:val="24"/>
        </w:rPr>
        <w:t>İdarece</w:t>
      </w:r>
      <w:proofErr w:type="spellEnd"/>
      <w:r w:rsidR="00FB73D3" w:rsidRPr="007B033C">
        <w:rPr>
          <w:rFonts w:ascii="Times New Roman" w:hAnsi="Times New Roman" w:cs="Times New Roman"/>
          <w:sz w:val="24"/>
          <w:szCs w:val="24"/>
        </w:rPr>
        <w:t xml:space="preserve"> </w:t>
      </w:r>
      <w:proofErr w:type="spellStart"/>
      <w:r w:rsidR="00FB73D3" w:rsidRPr="007B033C">
        <w:rPr>
          <w:rFonts w:ascii="Times New Roman" w:hAnsi="Times New Roman" w:cs="Times New Roman"/>
          <w:sz w:val="24"/>
          <w:szCs w:val="24"/>
        </w:rPr>
        <w:t>hazırlanan</w:t>
      </w:r>
      <w:proofErr w:type="spellEnd"/>
      <w:r w:rsidR="00FB73D3" w:rsidRPr="007B033C">
        <w:rPr>
          <w:rFonts w:ascii="Times New Roman" w:hAnsi="Times New Roman" w:cs="Times New Roman"/>
          <w:sz w:val="24"/>
          <w:szCs w:val="24"/>
        </w:rPr>
        <w:t xml:space="preserve"> standart forma uygun başvuru mektubu (Standart Form VGM-U17).</w:t>
      </w:r>
    </w:p>
    <w:p w14:paraId="3426B7FA" w14:textId="025D67DF" w:rsidR="009F05AD" w:rsidRPr="007B033C" w:rsidRDefault="00FB73D3" w:rsidP="001324B8">
      <w:pPr>
        <w:spacing w:before="200" w:after="80"/>
        <w:jc w:val="both"/>
        <w:rPr>
          <w:rFonts w:ascii="Times New Roman" w:hAnsi="Times New Roman" w:cs="Times New Roman"/>
          <w:sz w:val="24"/>
          <w:szCs w:val="24"/>
        </w:rPr>
      </w:pPr>
      <w:r w:rsidRPr="007B033C">
        <w:rPr>
          <w:rFonts w:ascii="Times New Roman" w:hAnsi="Times New Roman" w:cs="Times New Roman"/>
          <w:b/>
          <w:color w:val="2C3E50"/>
          <w:sz w:val="24"/>
          <w:szCs w:val="24"/>
        </w:rPr>
        <w:t xml:space="preserve">4.2- </w:t>
      </w:r>
      <w:proofErr w:type="spellStart"/>
      <w:r w:rsidRPr="007B033C">
        <w:rPr>
          <w:rFonts w:ascii="Times New Roman" w:hAnsi="Times New Roman" w:cs="Times New Roman"/>
          <w:b/>
          <w:color w:val="2C3E50"/>
          <w:sz w:val="24"/>
          <w:szCs w:val="24"/>
        </w:rPr>
        <w:t>Ekonomik</w:t>
      </w:r>
      <w:proofErr w:type="spellEnd"/>
      <w:r w:rsidRPr="007B033C">
        <w:rPr>
          <w:rFonts w:ascii="Times New Roman" w:hAnsi="Times New Roman" w:cs="Times New Roman"/>
          <w:b/>
          <w:color w:val="2C3E50"/>
          <w:sz w:val="24"/>
          <w:szCs w:val="24"/>
        </w:rPr>
        <w:t xml:space="preserve"> </w:t>
      </w:r>
      <w:proofErr w:type="spellStart"/>
      <w:r w:rsidRPr="007B033C">
        <w:rPr>
          <w:rFonts w:ascii="Times New Roman" w:hAnsi="Times New Roman" w:cs="Times New Roman"/>
          <w:b/>
          <w:color w:val="2C3E50"/>
          <w:sz w:val="24"/>
          <w:szCs w:val="24"/>
        </w:rPr>
        <w:t>ve</w:t>
      </w:r>
      <w:proofErr w:type="spellEnd"/>
      <w:r w:rsidRPr="007B033C">
        <w:rPr>
          <w:rFonts w:ascii="Times New Roman" w:hAnsi="Times New Roman" w:cs="Times New Roman"/>
          <w:b/>
          <w:color w:val="2C3E50"/>
          <w:sz w:val="24"/>
          <w:szCs w:val="24"/>
        </w:rPr>
        <w:t xml:space="preserve"> </w:t>
      </w:r>
      <w:proofErr w:type="spellStart"/>
      <w:r w:rsidRPr="007B033C">
        <w:rPr>
          <w:rFonts w:ascii="Times New Roman" w:hAnsi="Times New Roman" w:cs="Times New Roman"/>
          <w:b/>
          <w:color w:val="2C3E50"/>
          <w:sz w:val="24"/>
          <w:szCs w:val="24"/>
        </w:rPr>
        <w:t>mali</w:t>
      </w:r>
      <w:proofErr w:type="spellEnd"/>
      <w:r w:rsidRPr="007B033C">
        <w:rPr>
          <w:rFonts w:ascii="Times New Roman" w:hAnsi="Times New Roman" w:cs="Times New Roman"/>
          <w:b/>
          <w:color w:val="2C3E50"/>
          <w:sz w:val="24"/>
          <w:szCs w:val="24"/>
        </w:rPr>
        <w:t xml:space="preserve"> </w:t>
      </w:r>
      <w:proofErr w:type="spellStart"/>
      <w:r w:rsidRPr="007B033C">
        <w:rPr>
          <w:rFonts w:ascii="Times New Roman" w:hAnsi="Times New Roman" w:cs="Times New Roman"/>
          <w:b/>
          <w:color w:val="2C3E50"/>
          <w:sz w:val="24"/>
          <w:szCs w:val="24"/>
        </w:rPr>
        <w:t>yeterliğe</w:t>
      </w:r>
      <w:proofErr w:type="spellEnd"/>
      <w:r w:rsidRPr="007B033C">
        <w:rPr>
          <w:rFonts w:ascii="Times New Roman" w:hAnsi="Times New Roman" w:cs="Times New Roman"/>
          <w:b/>
          <w:color w:val="2C3E50"/>
          <w:sz w:val="24"/>
          <w:szCs w:val="24"/>
        </w:rPr>
        <w:t xml:space="preserve"> </w:t>
      </w:r>
      <w:proofErr w:type="spellStart"/>
      <w:r w:rsidRPr="007B033C">
        <w:rPr>
          <w:rFonts w:ascii="Times New Roman" w:hAnsi="Times New Roman" w:cs="Times New Roman"/>
          <w:b/>
          <w:color w:val="2C3E50"/>
          <w:sz w:val="24"/>
          <w:szCs w:val="24"/>
        </w:rPr>
        <w:t>ilişkin</w:t>
      </w:r>
      <w:proofErr w:type="spellEnd"/>
      <w:r w:rsidRPr="007B033C">
        <w:rPr>
          <w:rFonts w:ascii="Times New Roman" w:hAnsi="Times New Roman" w:cs="Times New Roman"/>
          <w:b/>
          <w:color w:val="2C3E50"/>
          <w:sz w:val="24"/>
          <w:szCs w:val="24"/>
        </w:rPr>
        <w:t xml:space="preserve"> </w:t>
      </w:r>
      <w:proofErr w:type="spellStart"/>
      <w:r w:rsidRPr="007B033C">
        <w:rPr>
          <w:rFonts w:ascii="Times New Roman" w:hAnsi="Times New Roman" w:cs="Times New Roman"/>
          <w:b/>
          <w:color w:val="2C3E50"/>
          <w:sz w:val="24"/>
          <w:szCs w:val="24"/>
        </w:rPr>
        <w:t>belgeler</w:t>
      </w:r>
      <w:proofErr w:type="spellEnd"/>
      <w:r w:rsidRPr="007B033C">
        <w:rPr>
          <w:rFonts w:ascii="Times New Roman" w:hAnsi="Times New Roman" w:cs="Times New Roman"/>
          <w:b/>
          <w:color w:val="2C3E50"/>
          <w:sz w:val="24"/>
          <w:szCs w:val="24"/>
        </w:rPr>
        <w:t xml:space="preserve"> </w:t>
      </w:r>
      <w:proofErr w:type="spellStart"/>
      <w:r w:rsidRPr="007B033C">
        <w:rPr>
          <w:rFonts w:ascii="Times New Roman" w:hAnsi="Times New Roman" w:cs="Times New Roman"/>
          <w:b/>
          <w:color w:val="2C3E50"/>
          <w:sz w:val="24"/>
          <w:szCs w:val="24"/>
        </w:rPr>
        <w:t>ve</w:t>
      </w:r>
      <w:proofErr w:type="spellEnd"/>
      <w:r w:rsidRPr="007B033C">
        <w:rPr>
          <w:rFonts w:ascii="Times New Roman" w:hAnsi="Times New Roman" w:cs="Times New Roman"/>
          <w:b/>
          <w:color w:val="2C3E50"/>
          <w:sz w:val="24"/>
          <w:szCs w:val="24"/>
        </w:rPr>
        <w:t xml:space="preserve"> </w:t>
      </w:r>
      <w:proofErr w:type="spellStart"/>
      <w:r w:rsidRPr="007B033C">
        <w:rPr>
          <w:rFonts w:ascii="Times New Roman" w:hAnsi="Times New Roman" w:cs="Times New Roman"/>
          <w:b/>
          <w:color w:val="2C3E50"/>
          <w:sz w:val="24"/>
          <w:szCs w:val="24"/>
        </w:rPr>
        <w:t>bu</w:t>
      </w:r>
      <w:proofErr w:type="spellEnd"/>
      <w:r w:rsidRPr="007B033C">
        <w:rPr>
          <w:rFonts w:ascii="Times New Roman" w:hAnsi="Times New Roman" w:cs="Times New Roman"/>
          <w:b/>
          <w:color w:val="2C3E50"/>
          <w:sz w:val="24"/>
          <w:szCs w:val="24"/>
        </w:rPr>
        <w:t xml:space="preserve"> </w:t>
      </w:r>
      <w:proofErr w:type="spellStart"/>
      <w:r w:rsidRPr="007B033C">
        <w:rPr>
          <w:rFonts w:ascii="Times New Roman" w:hAnsi="Times New Roman" w:cs="Times New Roman"/>
          <w:b/>
          <w:color w:val="2C3E50"/>
          <w:sz w:val="24"/>
          <w:szCs w:val="24"/>
        </w:rPr>
        <w:t>belgelerin</w:t>
      </w:r>
      <w:proofErr w:type="spellEnd"/>
      <w:r w:rsidRPr="007B033C">
        <w:rPr>
          <w:rFonts w:ascii="Times New Roman" w:hAnsi="Times New Roman" w:cs="Times New Roman"/>
          <w:b/>
          <w:color w:val="2C3E50"/>
          <w:sz w:val="24"/>
          <w:szCs w:val="24"/>
        </w:rPr>
        <w:t xml:space="preserve"> </w:t>
      </w:r>
      <w:proofErr w:type="spellStart"/>
      <w:r w:rsidRPr="007B033C">
        <w:rPr>
          <w:rFonts w:ascii="Times New Roman" w:hAnsi="Times New Roman" w:cs="Times New Roman"/>
          <w:b/>
          <w:color w:val="2C3E50"/>
          <w:sz w:val="24"/>
          <w:szCs w:val="24"/>
        </w:rPr>
        <w:t>taşıması</w:t>
      </w:r>
      <w:proofErr w:type="spellEnd"/>
      <w:r w:rsidRPr="007B033C">
        <w:rPr>
          <w:rFonts w:ascii="Times New Roman" w:hAnsi="Times New Roman" w:cs="Times New Roman"/>
          <w:b/>
          <w:color w:val="2C3E50"/>
          <w:sz w:val="24"/>
          <w:szCs w:val="24"/>
        </w:rPr>
        <w:t xml:space="preserve"> </w:t>
      </w:r>
      <w:proofErr w:type="spellStart"/>
      <w:r w:rsidRPr="007B033C">
        <w:rPr>
          <w:rFonts w:ascii="Times New Roman" w:hAnsi="Times New Roman" w:cs="Times New Roman"/>
          <w:b/>
          <w:color w:val="2C3E50"/>
          <w:sz w:val="24"/>
          <w:szCs w:val="24"/>
        </w:rPr>
        <w:t>gereken</w:t>
      </w:r>
      <w:proofErr w:type="spellEnd"/>
      <w:r w:rsidRPr="007B033C">
        <w:rPr>
          <w:rFonts w:ascii="Times New Roman" w:hAnsi="Times New Roman" w:cs="Times New Roman"/>
          <w:b/>
          <w:color w:val="2C3E50"/>
          <w:sz w:val="24"/>
          <w:szCs w:val="24"/>
        </w:rPr>
        <w:t xml:space="preserve"> </w:t>
      </w:r>
      <w:proofErr w:type="spellStart"/>
      <w:r w:rsidRPr="007B033C">
        <w:rPr>
          <w:rFonts w:ascii="Times New Roman" w:hAnsi="Times New Roman" w:cs="Times New Roman"/>
          <w:b/>
          <w:color w:val="2C3E50"/>
          <w:sz w:val="24"/>
          <w:szCs w:val="24"/>
        </w:rPr>
        <w:t>kriterler</w:t>
      </w:r>
      <w:proofErr w:type="spellEnd"/>
      <w:r w:rsidRPr="007B033C">
        <w:rPr>
          <w:rFonts w:ascii="Times New Roman" w:hAnsi="Times New Roman" w:cs="Times New Roman"/>
          <w:b/>
          <w:color w:val="2C3E50"/>
          <w:sz w:val="24"/>
          <w:szCs w:val="24"/>
        </w:rPr>
        <w:t>:</w:t>
      </w:r>
    </w:p>
    <w:p w14:paraId="00C032C2" w14:textId="7E49D851" w:rsidR="009F05AD" w:rsidRPr="007B033C" w:rsidRDefault="00FB73D3" w:rsidP="001324B8">
      <w:pPr>
        <w:spacing w:after="80"/>
        <w:jc w:val="both"/>
        <w:rPr>
          <w:rFonts w:ascii="Times New Roman" w:hAnsi="Times New Roman" w:cs="Times New Roman"/>
          <w:sz w:val="24"/>
          <w:szCs w:val="24"/>
        </w:rPr>
      </w:pPr>
      <w:r w:rsidRPr="007B033C">
        <w:rPr>
          <w:rFonts w:ascii="Times New Roman" w:hAnsi="Times New Roman" w:cs="Times New Roman"/>
          <w:b/>
          <w:sz w:val="24"/>
          <w:szCs w:val="24"/>
        </w:rPr>
        <w:t>4.2.1.</w:t>
      </w:r>
      <w:r w:rsidR="006F00AD" w:rsidRPr="007B033C">
        <w:rPr>
          <w:rFonts w:ascii="Times New Roman" w:hAnsi="Times New Roman" w:cs="Times New Roman"/>
          <w:b/>
          <w:sz w:val="24"/>
          <w:szCs w:val="24"/>
        </w:rPr>
        <w:t xml:space="preserve"> </w:t>
      </w:r>
      <w:r w:rsidRPr="007B033C">
        <w:rPr>
          <w:rFonts w:ascii="Times New Roman" w:hAnsi="Times New Roman" w:cs="Times New Roman"/>
          <w:b/>
          <w:sz w:val="24"/>
          <w:szCs w:val="24"/>
        </w:rPr>
        <w:t xml:space="preserve">Banka </w:t>
      </w:r>
      <w:proofErr w:type="spellStart"/>
      <w:r w:rsidRPr="007B033C">
        <w:rPr>
          <w:rFonts w:ascii="Times New Roman" w:hAnsi="Times New Roman" w:cs="Times New Roman"/>
          <w:b/>
          <w:sz w:val="24"/>
          <w:szCs w:val="24"/>
        </w:rPr>
        <w:t>Referans</w:t>
      </w:r>
      <w:proofErr w:type="spellEnd"/>
      <w:r w:rsidRPr="007B033C">
        <w:rPr>
          <w:rFonts w:ascii="Times New Roman" w:hAnsi="Times New Roman" w:cs="Times New Roman"/>
          <w:b/>
          <w:sz w:val="24"/>
          <w:szCs w:val="24"/>
        </w:rPr>
        <w:t xml:space="preserve"> </w:t>
      </w:r>
      <w:proofErr w:type="spellStart"/>
      <w:r w:rsidRPr="007B033C">
        <w:rPr>
          <w:rFonts w:ascii="Times New Roman" w:hAnsi="Times New Roman" w:cs="Times New Roman"/>
          <w:b/>
          <w:sz w:val="24"/>
          <w:szCs w:val="24"/>
        </w:rPr>
        <w:t>Mektubu</w:t>
      </w:r>
      <w:proofErr w:type="spellEnd"/>
      <w:r w:rsidRPr="007B033C">
        <w:rPr>
          <w:rFonts w:ascii="Times New Roman" w:hAnsi="Times New Roman" w:cs="Times New Roman"/>
          <w:b/>
          <w:sz w:val="24"/>
          <w:szCs w:val="24"/>
        </w:rPr>
        <w:t xml:space="preserve">: </w:t>
      </w:r>
      <w:proofErr w:type="spellStart"/>
      <w:r w:rsidRPr="007B033C">
        <w:rPr>
          <w:rFonts w:ascii="Times New Roman" w:hAnsi="Times New Roman" w:cs="Times New Roman"/>
          <w:sz w:val="24"/>
          <w:szCs w:val="24"/>
        </w:rPr>
        <w:t>Adayların</w:t>
      </w:r>
      <w:proofErr w:type="spellEnd"/>
      <w:r w:rsidRPr="007B033C">
        <w:rPr>
          <w:rFonts w:ascii="Times New Roman" w:hAnsi="Times New Roman" w:cs="Times New Roman"/>
          <w:sz w:val="24"/>
          <w:szCs w:val="24"/>
        </w:rPr>
        <w:t xml:space="preserve"> </w:t>
      </w:r>
      <w:proofErr w:type="spellStart"/>
      <w:r w:rsidRPr="007B033C">
        <w:rPr>
          <w:rFonts w:ascii="Times New Roman" w:hAnsi="Times New Roman" w:cs="Times New Roman"/>
          <w:sz w:val="24"/>
          <w:szCs w:val="24"/>
        </w:rPr>
        <w:t>bankalardan</w:t>
      </w:r>
      <w:proofErr w:type="spellEnd"/>
      <w:r w:rsidRPr="007B033C">
        <w:rPr>
          <w:rFonts w:ascii="Times New Roman" w:hAnsi="Times New Roman" w:cs="Times New Roman"/>
          <w:sz w:val="24"/>
          <w:szCs w:val="24"/>
        </w:rPr>
        <w:t xml:space="preserve"> temin edecekleri, kullanılmamış nakdi veya gayrinakdi kredisini ya da üzerinde </w:t>
      </w:r>
      <w:proofErr w:type="spellStart"/>
      <w:r w:rsidRPr="007B033C">
        <w:rPr>
          <w:rFonts w:ascii="Times New Roman" w:hAnsi="Times New Roman" w:cs="Times New Roman"/>
          <w:sz w:val="24"/>
          <w:szCs w:val="24"/>
        </w:rPr>
        <w:t>kısıtlama</w:t>
      </w:r>
      <w:proofErr w:type="spellEnd"/>
      <w:r w:rsidRPr="007B033C">
        <w:rPr>
          <w:rFonts w:ascii="Times New Roman" w:hAnsi="Times New Roman" w:cs="Times New Roman"/>
          <w:sz w:val="24"/>
          <w:szCs w:val="24"/>
        </w:rPr>
        <w:t xml:space="preserve"> </w:t>
      </w:r>
      <w:proofErr w:type="spellStart"/>
      <w:r w:rsidRPr="007B033C">
        <w:rPr>
          <w:rFonts w:ascii="Times New Roman" w:hAnsi="Times New Roman" w:cs="Times New Roman"/>
          <w:sz w:val="24"/>
          <w:szCs w:val="24"/>
        </w:rPr>
        <w:t>bulunmayan</w:t>
      </w:r>
      <w:proofErr w:type="spellEnd"/>
      <w:r w:rsidRPr="007B033C">
        <w:rPr>
          <w:rFonts w:ascii="Times New Roman" w:hAnsi="Times New Roman" w:cs="Times New Roman"/>
          <w:sz w:val="24"/>
          <w:szCs w:val="24"/>
        </w:rPr>
        <w:t xml:space="preserve"> </w:t>
      </w:r>
      <w:proofErr w:type="spellStart"/>
      <w:r w:rsidRPr="007B033C">
        <w:rPr>
          <w:rFonts w:ascii="Times New Roman" w:hAnsi="Times New Roman" w:cs="Times New Roman"/>
          <w:sz w:val="24"/>
          <w:szCs w:val="24"/>
        </w:rPr>
        <w:t>mevduatını</w:t>
      </w:r>
      <w:proofErr w:type="spellEnd"/>
      <w:r w:rsidRPr="007B033C">
        <w:rPr>
          <w:rFonts w:ascii="Times New Roman" w:hAnsi="Times New Roman" w:cs="Times New Roman"/>
          <w:sz w:val="24"/>
          <w:szCs w:val="24"/>
        </w:rPr>
        <w:t xml:space="preserve"> </w:t>
      </w:r>
      <w:proofErr w:type="spellStart"/>
      <w:r w:rsidRPr="007B033C">
        <w:rPr>
          <w:rFonts w:ascii="Times New Roman" w:hAnsi="Times New Roman" w:cs="Times New Roman"/>
          <w:sz w:val="24"/>
          <w:szCs w:val="24"/>
        </w:rPr>
        <w:t>gösterir</w:t>
      </w:r>
      <w:proofErr w:type="spellEnd"/>
      <w:r w:rsidRPr="007B033C">
        <w:rPr>
          <w:rFonts w:ascii="Times New Roman" w:hAnsi="Times New Roman" w:cs="Times New Roman"/>
          <w:sz w:val="24"/>
          <w:szCs w:val="24"/>
        </w:rPr>
        <w:t xml:space="preserve"> </w:t>
      </w:r>
      <w:proofErr w:type="spellStart"/>
      <w:r w:rsidRPr="007B033C">
        <w:rPr>
          <w:rFonts w:ascii="Times New Roman" w:hAnsi="Times New Roman" w:cs="Times New Roman"/>
          <w:sz w:val="24"/>
          <w:szCs w:val="24"/>
        </w:rPr>
        <w:t>banka</w:t>
      </w:r>
      <w:proofErr w:type="spellEnd"/>
      <w:r w:rsidRPr="007B033C">
        <w:rPr>
          <w:rFonts w:ascii="Times New Roman" w:hAnsi="Times New Roman" w:cs="Times New Roman"/>
          <w:sz w:val="24"/>
          <w:szCs w:val="24"/>
        </w:rPr>
        <w:t xml:space="preserve"> </w:t>
      </w:r>
      <w:proofErr w:type="spellStart"/>
      <w:r w:rsidRPr="007B033C">
        <w:rPr>
          <w:rFonts w:ascii="Times New Roman" w:hAnsi="Times New Roman" w:cs="Times New Roman"/>
          <w:sz w:val="24"/>
          <w:szCs w:val="24"/>
        </w:rPr>
        <w:t>referans</w:t>
      </w:r>
      <w:proofErr w:type="spellEnd"/>
      <w:r w:rsidRPr="007B033C">
        <w:rPr>
          <w:rFonts w:ascii="Times New Roman" w:hAnsi="Times New Roman" w:cs="Times New Roman"/>
          <w:sz w:val="24"/>
          <w:szCs w:val="24"/>
        </w:rPr>
        <w:t xml:space="preserve"> </w:t>
      </w:r>
      <w:proofErr w:type="spellStart"/>
      <w:r w:rsidRPr="007B033C">
        <w:rPr>
          <w:rFonts w:ascii="Times New Roman" w:hAnsi="Times New Roman" w:cs="Times New Roman"/>
          <w:sz w:val="24"/>
          <w:szCs w:val="24"/>
        </w:rPr>
        <w:t>mektubunu</w:t>
      </w:r>
      <w:proofErr w:type="spellEnd"/>
      <w:r w:rsidRPr="007B033C">
        <w:rPr>
          <w:rFonts w:ascii="Times New Roman" w:hAnsi="Times New Roman" w:cs="Times New Roman"/>
          <w:sz w:val="24"/>
          <w:szCs w:val="24"/>
        </w:rPr>
        <w:t xml:space="preserve"> (</w:t>
      </w:r>
      <w:proofErr w:type="spellStart"/>
      <w:r w:rsidRPr="007B033C">
        <w:rPr>
          <w:rFonts w:ascii="Times New Roman" w:hAnsi="Times New Roman" w:cs="Times New Roman"/>
          <w:sz w:val="24"/>
          <w:szCs w:val="24"/>
        </w:rPr>
        <w:t>Standart</w:t>
      </w:r>
      <w:proofErr w:type="spellEnd"/>
      <w:r w:rsidRPr="007B033C">
        <w:rPr>
          <w:rFonts w:ascii="Times New Roman" w:hAnsi="Times New Roman" w:cs="Times New Roman"/>
          <w:sz w:val="24"/>
          <w:szCs w:val="24"/>
        </w:rPr>
        <w:t xml:space="preserve"> Form VGM-U3</w:t>
      </w:r>
      <w:r w:rsidR="005D1F79">
        <w:rPr>
          <w:rFonts w:ascii="Times New Roman" w:hAnsi="Times New Roman" w:cs="Times New Roman"/>
          <w:sz w:val="24"/>
          <w:szCs w:val="24"/>
        </w:rPr>
        <w:t>4</w:t>
      </w:r>
      <w:r w:rsidRPr="007B033C">
        <w:rPr>
          <w:rFonts w:ascii="Times New Roman" w:hAnsi="Times New Roman" w:cs="Times New Roman"/>
          <w:sz w:val="24"/>
          <w:szCs w:val="24"/>
        </w:rPr>
        <w:t xml:space="preserve">) </w:t>
      </w:r>
      <w:proofErr w:type="spellStart"/>
      <w:r w:rsidRPr="007B033C">
        <w:rPr>
          <w:rFonts w:ascii="Times New Roman" w:hAnsi="Times New Roman" w:cs="Times New Roman"/>
          <w:sz w:val="24"/>
          <w:szCs w:val="24"/>
        </w:rPr>
        <w:t>sunmaları</w:t>
      </w:r>
      <w:proofErr w:type="spellEnd"/>
      <w:r w:rsidRPr="007B033C">
        <w:rPr>
          <w:rFonts w:ascii="Times New Roman" w:hAnsi="Times New Roman" w:cs="Times New Roman"/>
          <w:sz w:val="24"/>
          <w:szCs w:val="24"/>
        </w:rPr>
        <w:t xml:space="preserve"> </w:t>
      </w:r>
      <w:proofErr w:type="spellStart"/>
      <w:r w:rsidRPr="007B033C">
        <w:rPr>
          <w:rFonts w:ascii="Times New Roman" w:hAnsi="Times New Roman" w:cs="Times New Roman"/>
          <w:sz w:val="24"/>
          <w:szCs w:val="24"/>
        </w:rPr>
        <w:t>zorunludur</w:t>
      </w:r>
      <w:proofErr w:type="spellEnd"/>
      <w:r w:rsidRPr="007B033C">
        <w:rPr>
          <w:rFonts w:ascii="Times New Roman" w:hAnsi="Times New Roman" w:cs="Times New Roman"/>
          <w:sz w:val="24"/>
          <w:szCs w:val="24"/>
        </w:rPr>
        <w:t xml:space="preserve">. Banka referans mektubundaki kullanılmamış nakdi ve gayrinakdi kredi ile üzerinde kısıtlama bulunmayan mevduat toplamı, güncellenmiş iş deneyim belgesi tutarının (75.000.000,00 TL) en az %20'sinden [15.000.000,00 TL] az olamaz. Banka referans </w:t>
      </w:r>
      <w:proofErr w:type="spellStart"/>
      <w:r w:rsidRPr="007B033C">
        <w:rPr>
          <w:rFonts w:ascii="Times New Roman" w:hAnsi="Times New Roman" w:cs="Times New Roman"/>
          <w:sz w:val="24"/>
          <w:szCs w:val="24"/>
        </w:rPr>
        <w:t>mektubunun</w:t>
      </w:r>
      <w:proofErr w:type="spellEnd"/>
      <w:r w:rsidRPr="007B033C">
        <w:rPr>
          <w:rFonts w:ascii="Times New Roman" w:hAnsi="Times New Roman" w:cs="Times New Roman"/>
          <w:sz w:val="24"/>
          <w:szCs w:val="24"/>
        </w:rPr>
        <w:t xml:space="preserve"> ilk </w:t>
      </w:r>
      <w:proofErr w:type="spellStart"/>
      <w:r w:rsidRPr="007B033C">
        <w:rPr>
          <w:rFonts w:ascii="Times New Roman" w:hAnsi="Times New Roman" w:cs="Times New Roman"/>
          <w:sz w:val="24"/>
          <w:szCs w:val="24"/>
        </w:rPr>
        <w:t>ilan</w:t>
      </w:r>
      <w:proofErr w:type="spellEnd"/>
      <w:r w:rsidRPr="007B033C">
        <w:rPr>
          <w:rFonts w:ascii="Times New Roman" w:hAnsi="Times New Roman" w:cs="Times New Roman"/>
          <w:sz w:val="24"/>
          <w:szCs w:val="24"/>
        </w:rPr>
        <w:t xml:space="preserve"> </w:t>
      </w:r>
      <w:proofErr w:type="spellStart"/>
      <w:r w:rsidRPr="007B033C">
        <w:rPr>
          <w:rFonts w:ascii="Times New Roman" w:hAnsi="Times New Roman" w:cs="Times New Roman"/>
          <w:sz w:val="24"/>
          <w:szCs w:val="24"/>
        </w:rPr>
        <w:t>veya</w:t>
      </w:r>
      <w:proofErr w:type="spellEnd"/>
      <w:r w:rsidRPr="007B033C">
        <w:rPr>
          <w:rFonts w:ascii="Times New Roman" w:hAnsi="Times New Roman" w:cs="Times New Roman"/>
          <w:sz w:val="24"/>
          <w:szCs w:val="24"/>
        </w:rPr>
        <w:t xml:space="preserve"> </w:t>
      </w:r>
      <w:proofErr w:type="spellStart"/>
      <w:r w:rsidRPr="007B033C">
        <w:rPr>
          <w:rFonts w:ascii="Times New Roman" w:hAnsi="Times New Roman" w:cs="Times New Roman"/>
          <w:sz w:val="24"/>
          <w:szCs w:val="24"/>
        </w:rPr>
        <w:t>davet</w:t>
      </w:r>
      <w:proofErr w:type="spellEnd"/>
      <w:r w:rsidRPr="007B033C">
        <w:rPr>
          <w:rFonts w:ascii="Times New Roman" w:hAnsi="Times New Roman" w:cs="Times New Roman"/>
          <w:sz w:val="24"/>
          <w:szCs w:val="24"/>
        </w:rPr>
        <w:t xml:space="preserve"> </w:t>
      </w:r>
      <w:proofErr w:type="spellStart"/>
      <w:r w:rsidRPr="007B033C">
        <w:rPr>
          <w:rFonts w:ascii="Times New Roman" w:hAnsi="Times New Roman" w:cs="Times New Roman"/>
          <w:sz w:val="24"/>
          <w:szCs w:val="24"/>
        </w:rPr>
        <w:t>tarihinden</w:t>
      </w:r>
      <w:proofErr w:type="spellEnd"/>
      <w:r w:rsidRPr="007B033C">
        <w:rPr>
          <w:rFonts w:ascii="Times New Roman" w:hAnsi="Times New Roman" w:cs="Times New Roman"/>
          <w:sz w:val="24"/>
          <w:szCs w:val="24"/>
        </w:rPr>
        <w:t xml:space="preserve"> </w:t>
      </w:r>
      <w:proofErr w:type="spellStart"/>
      <w:r w:rsidRPr="007B033C">
        <w:rPr>
          <w:rFonts w:ascii="Times New Roman" w:hAnsi="Times New Roman" w:cs="Times New Roman"/>
          <w:sz w:val="24"/>
          <w:szCs w:val="24"/>
        </w:rPr>
        <w:t>sonra</w:t>
      </w:r>
      <w:proofErr w:type="spellEnd"/>
      <w:r w:rsidRPr="007B033C">
        <w:rPr>
          <w:rFonts w:ascii="Times New Roman" w:hAnsi="Times New Roman" w:cs="Times New Roman"/>
          <w:sz w:val="24"/>
          <w:szCs w:val="24"/>
        </w:rPr>
        <w:t xml:space="preserve"> </w:t>
      </w:r>
      <w:proofErr w:type="spellStart"/>
      <w:r w:rsidRPr="007B033C">
        <w:rPr>
          <w:rFonts w:ascii="Times New Roman" w:hAnsi="Times New Roman" w:cs="Times New Roman"/>
          <w:sz w:val="24"/>
          <w:szCs w:val="24"/>
        </w:rPr>
        <w:t>düzenlenmiş</w:t>
      </w:r>
      <w:proofErr w:type="spellEnd"/>
      <w:r w:rsidRPr="007B033C">
        <w:rPr>
          <w:rFonts w:ascii="Times New Roman" w:hAnsi="Times New Roman" w:cs="Times New Roman"/>
          <w:sz w:val="24"/>
          <w:szCs w:val="24"/>
        </w:rPr>
        <w:t xml:space="preserve"> </w:t>
      </w:r>
      <w:proofErr w:type="spellStart"/>
      <w:r w:rsidRPr="007B033C">
        <w:rPr>
          <w:rFonts w:ascii="Times New Roman" w:hAnsi="Times New Roman" w:cs="Times New Roman"/>
          <w:sz w:val="24"/>
          <w:szCs w:val="24"/>
        </w:rPr>
        <w:t>olması</w:t>
      </w:r>
      <w:proofErr w:type="spellEnd"/>
      <w:r w:rsidRPr="007B033C">
        <w:rPr>
          <w:rFonts w:ascii="Times New Roman" w:hAnsi="Times New Roman" w:cs="Times New Roman"/>
          <w:sz w:val="24"/>
          <w:szCs w:val="24"/>
        </w:rPr>
        <w:t xml:space="preserve"> </w:t>
      </w:r>
      <w:proofErr w:type="spellStart"/>
      <w:r w:rsidRPr="007B033C">
        <w:rPr>
          <w:rFonts w:ascii="Times New Roman" w:hAnsi="Times New Roman" w:cs="Times New Roman"/>
          <w:sz w:val="24"/>
          <w:szCs w:val="24"/>
        </w:rPr>
        <w:t>zorunludur</w:t>
      </w:r>
      <w:proofErr w:type="spellEnd"/>
      <w:r w:rsidRPr="007B033C">
        <w:rPr>
          <w:rFonts w:ascii="Times New Roman" w:hAnsi="Times New Roman" w:cs="Times New Roman"/>
          <w:sz w:val="24"/>
          <w:szCs w:val="24"/>
        </w:rPr>
        <w:t>.</w:t>
      </w:r>
    </w:p>
    <w:p w14:paraId="6867E709" w14:textId="26D694F8" w:rsidR="009F05AD" w:rsidRPr="007B033C" w:rsidRDefault="00FB73D3" w:rsidP="001324B8">
      <w:pPr>
        <w:spacing w:before="200" w:after="80"/>
        <w:jc w:val="both"/>
        <w:rPr>
          <w:rFonts w:ascii="Times New Roman" w:hAnsi="Times New Roman" w:cs="Times New Roman"/>
          <w:sz w:val="24"/>
          <w:szCs w:val="24"/>
        </w:rPr>
      </w:pPr>
      <w:r w:rsidRPr="007B033C">
        <w:rPr>
          <w:rFonts w:ascii="Times New Roman" w:hAnsi="Times New Roman" w:cs="Times New Roman"/>
          <w:b/>
          <w:color w:val="2C3E50"/>
          <w:sz w:val="24"/>
          <w:szCs w:val="24"/>
        </w:rPr>
        <w:t xml:space="preserve">4.3. Mesleki ve </w:t>
      </w:r>
      <w:proofErr w:type="spellStart"/>
      <w:r w:rsidRPr="007B033C">
        <w:rPr>
          <w:rFonts w:ascii="Times New Roman" w:hAnsi="Times New Roman" w:cs="Times New Roman"/>
          <w:b/>
          <w:color w:val="2C3E50"/>
          <w:sz w:val="24"/>
          <w:szCs w:val="24"/>
        </w:rPr>
        <w:t>teknik</w:t>
      </w:r>
      <w:proofErr w:type="spellEnd"/>
      <w:r w:rsidRPr="007B033C">
        <w:rPr>
          <w:rFonts w:ascii="Times New Roman" w:hAnsi="Times New Roman" w:cs="Times New Roman"/>
          <w:b/>
          <w:color w:val="2C3E50"/>
          <w:sz w:val="24"/>
          <w:szCs w:val="24"/>
        </w:rPr>
        <w:t xml:space="preserve"> </w:t>
      </w:r>
      <w:proofErr w:type="spellStart"/>
      <w:r w:rsidRPr="007B033C">
        <w:rPr>
          <w:rFonts w:ascii="Times New Roman" w:hAnsi="Times New Roman" w:cs="Times New Roman"/>
          <w:b/>
          <w:color w:val="2C3E50"/>
          <w:sz w:val="24"/>
          <w:szCs w:val="24"/>
        </w:rPr>
        <w:t>yeterliğe</w:t>
      </w:r>
      <w:proofErr w:type="spellEnd"/>
      <w:r w:rsidRPr="007B033C">
        <w:rPr>
          <w:rFonts w:ascii="Times New Roman" w:hAnsi="Times New Roman" w:cs="Times New Roman"/>
          <w:b/>
          <w:color w:val="2C3E50"/>
          <w:sz w:val="24"/>
          <w:szCs w:val="24"/>
        </w:rPr>
        <w:t xml:space="preserve"> </w:t>
      </w:r>
      <w:proofErr w:type="spellStart"/>
      <w:r w:rsidRPr="007B033C">
        <w:rPr>
          <w:rFonts w:ascii="Times New Roman" w:hAnsi="Times New Roman" w:cs="Times New Roman"/>
          <w:b/>
          <w:color w:val="2C3E50"/>
          <w:sz w:val="24"/>
          <w:szCs w:val="24"/>
        </w:rPr>
        <w:t>ilişkin</w:t>
      </w:r>
      <w:proofErr w:type="spellEnd"/>
      <w:r w:rsidRPr="007B033C">
        <w:rPr>
          <w:rFonts w:ascii="Times New Roman" w:hAnsi="Times New Roman" w:cs="Times New Roman"/>
          <w:b/>
          <w:color w:val="2C3E50"/>
          <w:sz w:val="24"/>
          <w:szCs w:val="24"/>
        </w:rPr>
        <w:t xml:space="preserve"> </w:t>
      </w:r>
      <w:proofErr w:type="spellStart"/>
      <w:r w:rsidRPr="007B033C">
        <w:rPr>
          <w:rFonts w:ascii="Times New Roman" w:hAnsi="Times New Roman" w:cs="Times New Roman"/>
          <w:b/>
          <w:color w:val="2C3E50"/>
          <w:sz w:val="24"/>
          <w:szCs w:val="24"/>
        </w:rPr>
        <w:t>belgeler</w:t>
      </w:r>
      <w:proofErr w:type="spellEnd"/>
      <w:r w:rsidRPr="007B033C">
        <w:rPr>
          <w:rFonts w:ascii="Times New Roman" w:hAnsi="Times New Roman" w:cs="Times New Roman"/>
          <w:b/>
          <w:color w:val="2C3E50"/>
          <w:sz w:val="24"/>
          <w:szCs w:val="24"/>
        </w:rPr>
        <w:t xml:space="preserve"> </w:t>
      </w:r>
      <w:proofErr w:type="spellStart"/>
      <w:r w:rsidRPr="007B033C">
        <w:rPr>
          <w:rFonts w:ascii="Times New Roman" w:hAnsi="Times New Roman" w:cs="Times New Roman"/>
          <w:b/>
          <w:color w:val="2C3E50"/>
          <w:sz w:val="24"/>
          <w:szCs w:val="24"/>
        </w:rPr>
        <w:t>ve</w:t>
      </w:r>
      <w:proofErr w:type="spellEnd"/>
      <w:r w:rsidRPr="007B033C">
        <w:rPr>
          <w:rFonts w:ascii="Times New Roman" w:hAnsi="Times New Roman" w:cs="Times New Roman"/>
          <w:b/>
          <w:color w:val="2C3E50"/>
          <w:sz w:val="24"/>
          <w:szCs w:val="24"/>
        </w:rPr>
        <w:t xml:space="preserve"> </w:t>
      </w:r>
      <w:proofErr w:type="spellStart"/>
      <w:r w:rsidRPr="007B033C">
        <w:rPr>
          <w:rFonts w:ascii="Times New Roman" w:hAnsi="Times New Roman" w:cs="Times New Roman"/>
          <w:b/>
          <w:color w:val="2C3E50"/>
          <w:sz w:val="24"/>
          <w:szCs w:val="24"/>
        </w:rPr>
        <w:t>bu</w:t>
      </w:r>
      <w:proofErr w:type="spellEnd"/>
      <w:r w:rsidRPr="007B033C">
        <w:rPr>
          <w:rFonts w:ascii="Times New Roman" w:hAnsi="Times New Roman" w:cs="Times New Roman"/>
          <w:b/>
          <w:color w:val="2C3E50"/>
          <w:sz w:val="24"/>
          <w:szCs w:val="24"/>
        </w:rPr>
        <w:t xml:space="preserve"> </w:t>
      </w:r>
      <w:proofErr w:type="spellStart"/>
      <w:r w:rsidRPr="007B033C">
        <w:rPr>
          <w:rFonts w:ascii="Times New Roman" w:hAnsi="Times New Roman" w:cs="Times New Roman"/>
          <w:b/>
          <w:color w:val="2C3E50"/>
          <w:sz w:val="24"/>
          <w:szCs w:val="24"/>
        </w:rPr>
        <w:t>belgelerin</w:t>
      </w:r>
      <w:proofErr w:type="spellEnd"/>
      <w:r w:rsidRPr="007B033C">
        <w:rPr>
          <w:rFonts w:ascii="Times New Roman" w:hAnsi="Times New Roman" w:cs="Times New Roman"/>
          <w:b/>
          <w:color w:val="2C3E50"/>
          <w:sz w:val="24"/>
          <w:szCs w:val="24"/>
        </w:rPr>
        <w:t xml:space="preserve"> </w:t>
      </w:r>
      <w:proofErr w:type="spellStart"/>
      <w:r w:rsidRPr="007B033C">
        <w:rPr>
          <w:rFonts w:ascii="Times New Roman" w:hAnsi="Times New Roman" w:cs="Times New Roman"/>
          <w:b/>
          <w:color w:val="2C3E50"/>
          <w:sz w:val="24"/>
          <w:szCs w:val="24"/>
        </w:rPr>
        <w:t>taşıması</w:t>
      </w:r>
      <w:proofErr w:type="spellEnd"/>
      <w:r w:rsidRPr="007B033C">
        <w:rPr>
          <w:rFonts w:ascii="Times New Roman" w:hAnsi="Times New Roman" w:cs="Times New Roman"/>
          <w:b/>
          <w:color w:val="2C3E50"/>
          <w:sz w:val="24"/>
          <w:szCs w:val="24"/>
        </w:rPr>
        <w:t xml:space="preserve"> </w:t>
      </w:r>
      <w:proofErr w:type="spellStart"/>
      <w:r w:rsidRPr="007B033C">
        <w:rPr>
          <w:rFonts w:ascii="Times New Roman" w:hAnsi="Times New Roman" w:cs="Times New Roman"/>
          <w:b/>
          <w:color w:val="2C3E50"/>
          <w:sz w:val="24"/>
          <w:szCs w:val="24"/>
        </w:rPr>
        <w:t>gereken</w:t>
      </w:r>
      <w:proofErr w:type="spellEnd"/>
      <w:r w:rsidRPr="007B033C">
        <w:rPr>
          <w:rFonts w:ascii="Times New Roman" w:hAnsi="Times New Roman" w:cs="Times New Roman"/>
          <w:b/>
          <w:color w:val="2C3E50"/>
          <w:sz w:val="24"/>
          <w:szCs w:val="24"/>
        </w:rPr>
        <w:t xml:space="preserve"> </w:t>
      </w:r>
      <w:proofErr w:type="spellStart"/>
      <w:r w:rsidRPr="007B033C">
        <w:rPr>
          <w:rFonts w:ascii="Times New Roman" w:hAnsi="Times New Roman" w:cs="Times New Roman"/>
          <w:b/>
          <w:color w:val="2C3E50"/>
          <w:sz w:val="24"/>
          <w:szCs w:val="24"/>
        </w:rPr>
        <w:t>kriterler</w:t>
      </w:r>
      <w:proofErr w:type="spellEnd"/>
      <w:r w:rsidRPr="007B033C">
        <w:rPr>
          <w:rFonts w:ascii="Times New Roman" w:hAnsi="Times New Roman" w:cs="Times New Roman"/>
          <w:b/>
          <w:color w:val="2C3E50"/>
          <w:sz w:val="24"/>
          <w:szCs w:val="24"/>
        </w:rPr>
        <w:t>:</w:t>
      </w:r>
    </w:p>
    <w:p w14:paraId="13E7E9EE" w14:textId="7635C4F8" w:rsidR="009F05AD" w:rsidRPr="007B033C" w:rsidRDefault="00FB73D3" w:rsidP="001324B8">
      <w:pPr>
        <w:spacing w:after="80"/>
        <w:jc w:val="both"/>
        <w:rPr>
          <w:rFonts w:ascii="Times New Roman" w:hAnsi="Times New Roman" w:cs="Times New Roman"/>
          <w:sz w:val="24"/>
          <w:szCs w:val="24"/>
        </w:rPr>
      </w:pPr>
      <w:r w:rsidRPr="007B033C">
        <w:rPr>
          <w:rFonts w:ascii="Times New Roman" w:hAnsi="Times New Roman" w:cs="Times New Roman"/>
          <w:b/>
          <w:sz w:val="24"/>
          <w:szCs w:val="24"/>
        </w:rPr>
        <w:t xml:space="preserve">4.3.1. İş Deneyim Belgesi: </w:t>
      </w:r>
      <w:r w:rsidRPr="007B033C">
        <w:rPr>
          <w:rFonts w:ascii="Times New Roman" w:hAnsi="Times New Roman" w:cs="Times New Roman"/>
          <w:sz w:val="24"/>
          <w:szCs w:val="24"/>
        </w:rPr>
        <w:t xml:space="preserve">Adayların, yurt içinde veya yurt dışında kamu veya özel sektöre bedel içeren bir sözleşme kapsamında taahhüt ettikleri, ihale konusu iş veya benzer işlerdeki deneyimlerini tevsik etmeleri için ön yeterlik ilk ilan tarihi itibarıyla güncellenmiş belge tutarı 75.000.000,00 TL (Yetmişbeşmilyon Türk Lirası)'den az olmamak üzere 1 (bir) adet iş deneyim belgesi sunmaları zorunludur. Birden fazla iş deneyim belgesi sunulması halinde, yeterlik kriteri olarak değerlendirilmesi istenen iş deneyim </w:t>
      </w:r>
      <w:proofErr w:type="spellStart"/>
      <w:r w:rsidRPr="007B033C">
        <w:rPr>
          <w:rFonts w:ascii="Times New Roman" w:hAnsi="Times New Roman" w:cs="Times New Roman"/>
          <w:sz w:val="24"/>
          <w:szCs w:val="24"/>
        </w:rPr>
        <w:t>belgesinin</w:t>
      </w:r>
      <w:proofErr w:type="spellEnd"/>
      <w:r w:rsidRPr="007B033C">
        <w:rPr>
          <w:rFonts w:ascii="Times New Roman" w:hAnsi="Times New Roman" w:cs="Times New Roman"/>
          <w:sz w:val="24"/>
          <w:szCs w:val="24"/>
        </w:rPr>
        <w:t xml:space="preserve"> </w:t>
      </w:r>
      <w:proofErr w:type="spellStart"/>
      <w:r w:rsidRPr="007B033C">
        <w:rPr>
          <w:rFonts w:ascii="Times New Roman" w:hAnsi="Times New Roman" w:cs="Times New Roman"/>
          <w:sz w:val="24"/>
          <w:szCs w:val="24"/>
        </w:rPr>
        <w:t>İdarece</w:t>
      </w:r>
      <w:proofErr w:type="spellEnd"/>
      <w:r w:rsidRPr="007B033C">
        <w:rPr>
          <w:rFonts w:ascii="Times New Roman" w:hAnsi="Times New Roman" w:cs="Times New Roman"/>
          <w:sz w:val="24"/>
          <w:szCs w:val="24"/>
        </w:rPr>
        <w:t xml:space="preserve"> </w:t>
      </w:r>
      <w:proofErr w:type="spellStart"/>
      <w:r w:rsidRPr="007B033C">
        <w:rPr>
          <w:rFonts w:ascii="Times New Roman" w:hAnsi="Times New Roman" w:cs="Times New Roman"/>
          <w:sz w:val="24"/>
          <w:szCs w:val="24"/>
        </w:rPr>
        <w:t>hazırlanan</w:t>
      </w:r>
      <w:proofErr w:type="spellEnd"/>
      <w:r w:rsidRPr="007B033C">
        <w:rPr>
          <w:rFonts w:ascii="Times New Roman" w:hAnsi="Times New Roman" w:cs="Times New Roman"/>
          <w:sz w:val="24"/>
          <w:szCs w:val="24"/>
        </w:rPr>
        <w:t xml:space="preserve"> </w:t>
      </w:r>
      <w:proofErr w:type="spellStart"/>
      <w:r w:rsidRPr="007B033C">
        <w:rPr>
          <w:rFonts w:ascii="Times New Roman" w:hAnsi="Times New Roman" w:cs="Times New Roman"/>
          <w:sz w:val="24"/>
          <w:szCs w:val="24"/>
        </w:rPr>
        <w:t>standart</w:t>
      </w:r>
      <w:proofErr w:type="spellEnd"/>
      <w:r w:rsidRPr="007B033C">
        <w:rPr>
          <w:rFonts w:ascii="Times New Roman" w:hAnsi="Times New Roman" w:cs="Times New Roman"/>
          <w:sz w:val="24"/>
          <w:szCs w:val="24"/>
        </w:rPr>
        <w:t xml:space="preserve"> forma (</w:t>
      </w:r>
      <w:proofErr w:type="spellStart"/>
      <w:r w:rsidRPr="007B033C">
        <w:rPr>
          <w:rFonts w:ascii="Times New Roman" w:hAnsi="Times New Roman" w:cs="Times New Roman"/>
          <w:sz w:val="24"/>
          <w:szCs w:val="24"/>
        </w:rPr>
        <w:t>Standart</w:t>
      </w:r>
      <w:proofErr w:type="spellEnd"/>
      <w:r w:rsidRPr="007B033C">
        <w:rPr>
          <w:rFonts w:ascii="Times New Roman" w:hAnsi="Times New Roman" w:cs="Times New Roman"/>
          <w:sz w:val="24"/>
          <w:szCs w:val="24"/>
        </w:rPr>
        <w:t xml:space="preserve"> Form VGM-U3</w:t>
      </w:r>
      <w:r>
        <w:rPr>
          <w:rFonts w:ascii="Times New Roman" w:hAnsi="Times New Roman" w:cs="Times New Roman"/>
          <w:sz w:val="24"/>
          <w:szCs w:val="24"/>
        </w:rPr>
        <w:t>9</w:t>
      </w:r>
      <w:r w:rsidRPr="007B033C">
        <w:rPr>
          <w:rFonts w:ascii="Times New Roman" w:hAnsi="Times New Roman" w:cs="Times New Roman"/>
          <w:sz w:val="24"/>
          <w:szCs w:val="24"/>
        </w:rPr>
        <w:t xml:space="preserve">) </w:t>
      </w:r>
      <w:proofErr w:type="spellStart"/>
      <w:r w:rsidRPr="007B033C">
        <w:rPr>
          <w:rFonts w:ascii="Times New Roman" w:hAnsi="Times New Roman" w:cs="Times New Roman"/>
          <w:sz w:val="24"/>
          <w:szCs w:val="24"/>
        </w:rPr>
        <w:t>göre</w:t>
      </w:r>
      <w:proofErr w:type="spellEnd"/>
      <w:r w:rsidRPr="007B033C">
        <w:rPr>
          <w:rFonts w:ascii="Times New Roman" w:hAnsi="Times New Roman" w:cs="Times New Roman"/>
          <w:sz w:val="24"/>
          <w:szCs w:val="24"/>
        </w:rPr>
        <w:t xml:space="preserve"> </w:t>
      </w:r>
      <w:proofErr w:type="spellStart"/>
      <w:r w:rsidRPr="007B033C">
        <w:rPr>
          <w:rFonts w:ascii="Times New Roman" w:hAnsi="Times New Roman" w:cs="Times New Roman"/>
          <w:sz w:val="24"/>
          <w:szCs w:val="24"/>
        </w:rPr>
        <w:t>belirtilerek</w:t>
      </w:r>
      <w:proofErr w:type="spellEnd"/>
      <w:r w:rsidRPr="007B033C">
        <w:rPr>
          <w:rFonts w:ascii="Times New Roman" w:hAnsi="Times New Roman" w:cs="Times New Roman"/>
          <w:sz w:val="24"/>
          <w:szCs w:val="24"/>
        </w:rPr>
        <w:t xml:space="preserve"> </w:t>
      </w:r>
      <w:proofErr w:type="spellStart"/>
      <w:r w:rsidRPr="007B033C">
        <w:rPr>
          <w:rFonts w:ascii="Times New Roman" w:hAnsi="Times New Roman" w:cs="Times New Roman"/>
          <w:sz w:val="24"/>
          <w:szCs w:val="24"/>
        </w:rPr>
        <w:t>sunulması</w:t>
      </w:r>
      <w:proofErr w:type="spellEnd"/>
      <w:r w:rsidRPr="007B033C">
        <w:rPr>
          <w:rFonts w:ascii="Times New Roman" w:hAnsi="Times New Roman" w:cs="Times New Roman"/>
          <w:sz w:val="24"/>
          <w:szCs w:val="24"/>
        </w:rPr>
        <w:t xml:space="preserve"> </w:t>
      </w:r>
      <w:proofErr w:type="spellStart"/>
      <w:r w:rsidRPr="007B033C">
        <w:rPr>
          <w:rFonts w:ascii="Times New Roman" w:hAnsi="Times New Roman" w:cs="Times New Roman"/>
          <w:sz w:val="24"/>
          <w:szCs w:val="24"/>
        </w:rPr>
        <w:t>zorunludur</w:t>
      </w:r>
      <w:proofErr w:type="spellEnd"/>
      <w:r w:rsidRPr="007B033C">
        <w:rPr>
          <w:rFonts w:ascii="Times New Roman" w:hAnsi="Times New Roman" w:cs="Times New Roman"/>
          <w:sz w:val="24"/>
          <w:szCs w:val="24"/>
        </w:rPr>
        <w:t>.</w:t>
      </w:r>
    </w:p>
    <w:p w14:paraId="43060F86" w14:textId="08EE6A45" w:rsidR="009F05AD" w:rsidRPr="007B033C" w:rsidRDefault="007B033C" w:rsidP="001324B8">
      <w:pPr>
        <w:pStyle w:val="ListeMaddemi"/>
        <w:numPr>
          <w:ilvl w:val="0"/>
          <w:numId w:val="0"/>
        </w:numPr>
        <w:spacing w:after="60"/>
        <w:ind w:left="360" w:hanging="360"/>
        <w:jc w:val="both"/>
        <w:rPr>
          <w:rFonts w:ascii="Times New Roman" w:hAnsi="Times New Roman" w:cs="Times New Roman"/>
          <w:sz w:val="24"/>
          <w:szCs w:val="24"/>
        </w:rPr>
      </w:pPr>
      <w:r w:rsidRPr="007B033C">
        <w:rPr>
          <w:rFonts w:ascii="Times New Roman" w:hAnsi="Times New Roman" w:cs="Times New Roman"/>
          <w:b/>
          <w:sz w:val="24"/>
          <w:szCs w:val="24"/>
        </w:rPr>
        <w:t>4.3.2.</w:t>
      </w:r>
      <w:r w:rsidR="00FB73D3" w:rsidRPr="007B033C">
        <w:rPr>
          <w:rFonts w:ascii="Times New Roman" w:hAnsi="Times New Roman" w:cs="Times New Roman"/>
          <w:b/>
          <w:sz w:val="24"/>
          <w:szCs w:val="24"/>
        </w:rPr>
        <w:t xml:space="preserve"> Hakediş ve İmalat Belgeleri: </w:t>
      </w:r>
      <w:r w:rsidR="00FB73D3" w:rsidRPr="007B033C">
        <w:rPr>
          <w:rFonts w:ascii="Times New Roman" w:hAnsi="Times New Roman" w:cs="Times New Roman"/>
          <w:sz w:val="24"/>
          <w:szCs w:val="24"/>
        </w:rPr>
        <w:t xml:space="preserve">Sunduğu </w:t>
      </w:r>
      <w:proofErr w:type="spellStart"/>
      <w:r w:rsidR="00FB73D3" w:rsidRPr="007B033C">
        <w:rPr>
          <w:rFonts w:ascii="Times New Roman" w:hAnsi="Times New Roman" w:cs="Times New Roman"/>
          <w:sz w:val="24"/>
          <w:szCs w:val="24"/>
        </w:rPr>
        <w:t>iş</w:t>
      </w:r>
      <w:proofErr w:type="spellEnd"/>
      <w:r w:rsidR="00FB73D3" w:rsidRPr="007B033C">
        <w:rPr>
          <w:rFonts w:ascii="Times New Roman" w:hAnsi="Times New Roman" w:cs="Times New Roman"/>
          <w:sz w:val="24"/>
          <w:szCs w:val="24"/>
        </w:rPr>
        <w:t xml:space="preserve"> </w:t>
      </w:r>
      <w:proofErr w:type="spellStart"/>
      <w:r w:rsidR="00FB73D3" w:rsidRPr="007B033C">
        <w:rPr>
          <w:rFonts w:ascii="Times New Roman" w:hAnsi="Times New Roman" w:cs="Times New Roman"/>
          <w:sz w:val="24"/>
          <w:szCs w:val="24"/>
        </w:rPr>
        <w:t>deneyim</w:t>
      </w:r>
      <w:proofErr w:type="spellEnd"/>
      <w:r w:rsidR="00FB73D3" w:rsidRPr="007B033C">
        <w:rPr>
          <w:rFonts w:ascii="Times New Roman" w:hAnsi="Times New Roman" w:cs="Times New Roman"/>
          <w:sz w:val="24"/>
          <w:szCs w:val="24"/>
        </w:rPr>
        <w:t xml:space="preserve"> </w:t>
      </w:r>
      <w:proofErr w:type="spellStart"/>
      <w:r w:rsidR="00FB73D3" w:rsidRPr="007B033C">
        <w:rPr>
          <w:rFonts w:ascii="Times New Roman" w:hAnsi="Times New Roman" w:cs="Times New Roman"/>
          <w:sz w:val="24"/>
          <w:szCs w:val="24"/>
        </w:rPr>
        <w:t>belgesinin</w:t>
      </w:r>
      <w:proofErr w:type="spellEnd"/>
      <w:r w:rsidR="00FB73D3" w:rsidRPr="007B033C">
        <w:rPr>
          <w:rFonts w:ascii="Times New Roman" w:hAnsi="Times New Roman" w:cs="Times New Roman"/>
          <w:sz w:val="24"/>
          <w:szCs w:val="24"/>
        </w:rPr>
        <w:t xml:space="preserve"> </w:t>
      </w:r>
      <w:proofErr w:type="spellStart"/>
      <w:r w:rsidR="00FB73D3" w:rsidRPr="007B033C">
        <w:rPr>
          <w:rFonts w:ascii="Times New Roman" w:hAnsi="Times New Roman" w:cs="Times New Roman"/>
          <w:sz w:val="24"/>
          <w:szCs w:val="24"/>
        </w:rPr>
        <w:t>puanlanabilmesi</w:t>
      </w:r>
      <w:proofErr w:type="spellEnd"/>
      <w:r w:rsidR="00FB73D3" w:rsidRPr="007B033C">
        <w:rPr>
          <w:rFonts w:ascii="Times New Roman" w:hAnsi="Times New Roman" w:cs="Times New Roman"/>
          <w:sz w:val="24"/>
          <w:szCs w:val="24"/>
        </w:rPr>
        <w:t xml:space="preserve"> </w:t>
      </w:r>
      <w:proofErr w:type="spellStart"/>
      <w:r w:rsidR="00FB73D3" w:rsidRPr="007B033C">
        <w:rPr>
          <w:rFonts w:ascii="Times New Roman" w:hAnsi="Times New Roman" w:cs="Times New Roman"/>
          <w:sz w:val="24"/>
          <w:szCs w:val="24"/>
        </w:rPr>
        <w:t>için</w:t>
      </w:r>
      <w:proofErr w:type="spellEnd"/>
      <w:r w:rsidR="00FB73D3" w:rsidRPr="007B033C">
        <w:rPr>
          <w:rFonts w:ascii="Times New Roman" w:hAnsi="Times New Roman" w:cs="Times New Roman"/>
          <w:sz w:val="24"/>
          <w:szCs w:val="24"/>
        </w:rPr>
        <w:t xml:space="preserve"> </w:t>
      </w:r>
      <w:proofErr w:type="spellStart"/>
      <w:r w:rsidR="00FB73D3" w:rsidRPr="007B033C">
        <w:rPr>
          <w:rFonts w:ascii="Times New Roman" w:hAnsi="Times New Roman" w:cs="Times New Roman"/>
          <w:sz w:val="24"/>
          <w:szCs w:val="24"/>
        </w:rPr>
        <w:t>belgeye</w:t>
      </w:r>
      <w:proofErr w:type="spellEnd"/>
      <w:r w:rsidR="00FB73D3" w:rsidRPr="007B033C">
        <w:rPr>
          <w:rFonts w:ascii="Times New Roman" w:hAnsi="Times New Roman" w:cs="Times New Roman"/>
          <w:sz w:val="24"/>
          <w:szCs w:val="24"/>
        </w:rPr>
        <w:t xml:space="preserve"> </w:t>
      </w:r>
      <w:proofErr w:type="spellStart"/>
      <w:r w:rsidR="00FB73D3" w:rsidRPr="007B033C">
        <w:rPr>
          <w:rFonts w:ascii="Times New Roman" w:hAnsi="Times New Roman" w:cs="Times New Roman"/>
          <w:sz w:val="24"/>
          <w:szCs w:val="24"/>
        </w:rPr>
        <w:t>konu</w:t>
      </w:r>
      <w:proofErr w:type="spellEnd"/>
      <w:r w:rsidR="00FB73D3" w:rsidRPr="007B033C">
        <w:rPr>
          <w:rFonts w:ascii="Times New Roman" w:hAnsi="Times New Roman" w:cs="Times New Roman"/>
          <w:sz w:val="24"/>
          <w:szCs w:val="24"/>
        </w:rPr>
        <w:t xml:space="preserve"> </w:t>
      </w:r>
      <w:proofErr w:type="spellStart"/>
      <w:r w:rsidR="00FB73D3" w:rsidRPr="007B033C">
        <w:rPr>
          <w:rFonts w:ascii="Times New Roman" w:hAnsi="Times New Roman" w:cs="Times New Roman"/>
          <w:sz w:val="24"/>
          <w:szCs w:val="24"/>
        </w:rPr>
        <w:t>işin</w:t>
      </w:r>
      <w:proofErr w:type="spellEnd"/>
      <w:r w:rsidR="00FB73D3" w:rsidRPr="007B033C">
        <w:rPr>
          <w:rFonts w:ascii="Times New Roman" w:hAnsi="Times New Roman" w:cs="Times New Roman"/>
          <w:sz w:val="24"/>
          <w:szCs w:val="24"/>
        </w:rPr>
        <w:t xml:space="preserve"> </w:t>
      </w:r>
      <w:proofErr w:type="spellStart"/>
      <w:r w:rsidR="00FB73D3" w:rsidRPr="007B033C">
        <w:rPr>
          <w:rFonts w:ascii="Times New Roman" w:hAnsi="Times New Roman" w:cs="Times New Roman"/>
          <w:sz w:val="24"/>
          <w:szCs w:val="24"/>
        </w:rPr>
        <w:t>değerlendirilmesine</w:t>
      </w:r>
      <w:proofErr w:type="spellEnd"/>
      <w:r w:rsidR="00FB73D3" w:rsidRPr="007B033C">
        <w:rPr>
          <w:rFonts w:ascii="Times New Roman" w:hAnsi="Times New Roman" w:cs="Times New Roman"/>
          <w:sz w:val="24"/>
          <w:szCs w:val="24"/>
        </w:rPr>
        <w:t xml:space="preserve"> </w:t>
      </w:r>
      <w:proofErr w:type="spellStart"/>
      <w:r w:rsidR="00FB73D3" w:rsidRPr="007B033C">
        <w:rPr>
          <w:rFonts w:ascii="Times New Roman" w:hAnsi="Times New Roman" w:cs="Times New Roman"/>
          <w:sz w:val="24"/>
          <w:szCs w:val="24"/>
        </w:rPr>
        <w:t>esas</w:t>
      </w:r>
      <w:proofErr w:type="spellEnd"/>
      <w:r w:rsidR="00FB73D3" w:rsidRPr="007B033C">
        <w:rPr>
          <w:rFonts w:ascii="Times New Roman" w:hAnsi="Times New Roman" w:cs="Times New Roman"/>
          <w:sz w:val="24"/>
          <w:szCs w:val="24"/>
        </w:rPr>
        <w:t xml:space="preserve">; son </w:t>
      </w:r>
      <w:proofErr w:type="spellStart"/>
      <w:r w:rsidR="00FB73D3" w:rsidRPr="007B033C">
        <w:rPr>
          <w:rFonts w:ascii="Times New Roman" w:hAnsi="Times New Roman" w:cs="Times New Roman"/>
          <w:sz w:val="24"/>
          <w:szCs w:val="24"/>
        </w:rPr>
        <w:t>hakediş</w:t>
      </w:r>
      <w:proofErr w:type="spellEnd"/>
      <w:r w:rsidR="00FB73D3" w:rsidRPr="007B033C">
        <w:rPr>
          <w:rFonts w:ascii="Times New Roman" w:hAnsi="Times New Roman" w:cs="Times New Roman"/>
          <w:sz w:val="24"/>
          <w:szCs w:val="24"/>
        </w:rPr>
        <w:t xml:space="preserve"> / </w:t>
      </w:r>
      <w:proofErr w:type="spellStart"/>
      <w:r w:rsidR="00FB73D3" w:rsidRPr="007B033C">
        <w:rPr>
          <w:rFonts w:ascii="Times New Roman" w:hAnsi="Times New Roman" w:cs="Times New Roman"/>
          <w:sz w:val="24"/>
          <w:szCs w:val="24"/>
        </w:rPr>
        <w:t>kesin</w:t>
      </w:r>
      <w:proofErr w:type="spellEnd"/>
      <w:r w:rsidR="00FB73D3" w:rsidRPr="007B033C">
        <w:rPr>
          <w:rFonts w:ascii="Times New Roman" w:hAnsi="Times New Roman" w:cs="Times New Roman"/>
          <w:sz w:val="24"/>
          <w:szCs w:val="24"/>
        </w:rPr>
        <w:t xml:space="preserve"> </w:t>
      </w:r>
      <w:proofErr w:type="spellStart"/>
      <w:r w:rsidR="00FB73D3" w:rsidRPr="007B033C">
        <w:rPr>
          <w:rFonts w:ascii="Times New Roman" w:hAnsi="Times New Roman" w:cs="Times New Roman"/>
          <w:sz w:val="24"/>
          <w:szCs w:val="24"/>
        </w:rPr>
        <w:t>hesap</w:t>
      </w:r>
      <w:proofErr w:type="spellEnd"/>
      <w:r w:rsidR="00FB73D3" w:rsidRPr="007B033C">
        <w:rPr>
          <w:rFonts w:ascii="Times New Roman" w:hAnsi="Times New Roman" w:cs="Times New Roman"/>
          <w:sz w:val="24"/>
          <w:szCs w:val="24"/>
        </w:rPr>
        <w:t xml:space="preserve"> / </w:t>
      </w:r>
      <w:proofErr w:type="spellStart"/>
      <w:r w:rsidR="00FB73D3" w:rsidRPr="007B033C">
        <w:rPr>
          <w:rFonts w:ascii="Times New Roman" w:hAnsi="Times New Roman" w:cs="Times New Roman"/>
          <w:sz w:val="24"/>
          <w:szCs w:val="24"/>
        </w:rPr>
        <w:t>kesin</w:t>
      </w:r>
      <w:proofErr w:type="spellEnd"/>
      <w:r w:rsidR="00FB73D3" w:rsidRPr="007B033C">
        <w:rPr>
          <w:rFonts w:ascii="Times New Roman" w:hAnsi="Times New Roman" w:cs="Times New Roman"/>
          <w:sz w:val="24"/>
          <w:szCs w:val="24"/>
        </w:rPr>
        <w:t xml:space="preserve"> </w:t>
      </w:r>
      <w:proofErr w:type="spellStart"/>
      <w:r w:rsidR="00FB73D3" w:rsidRPr="007B033C">
        <w:rPr>
          <w:rFonts w:ascii="Times New Roman" w:hAnsi="Times New Roman" w:cs="Times New Roman"/>
          <w:sz w:val="24"/>
          <w:szCs w:val="24"/>
        </w:rPr>
        <w:t>hakediş</w:t>
      </w:r>
      <w:proofErr w:type="spellEnd"/>
      <w:r w:rsidR="00FB73D3" w:rsidRPr="007B033C">
        <w:rPr>
          <w:rFonts w:ascii="Times New Roman" w:hAnsi="Times New Roman" w:cs="Times New Roman"/>
          <w:sz w:val="24"/>
          <w:szCs w:val="24"/>
        </w:rPr>
        <w:t xml:space="preserve"> </w:t>
      </w:r>
      <w:proofErr w:type="spellStart"/>
      <w:r w:rsidR="00FB73D3" w:rsidRPr="007B033C">
        <w:rPr>
          <w:rFonts w:ascii="Times New Roman" w:hAnsi="Times New Roman" w:cs="Times New Roman"/>
          <w:sz w:val="24"/>
          <w:szCs w:val="24"/>
        </w:rPr>
        <w:t>ön</w:t>
      </w:r>
      <w:proofErr w:type="spellEnd"/>
      <w:r w:rsidR="00FB73D3" w:rsidRPr="007B033C">
        <w:rPr>
          <w:rFonts w:ascii="Times New Roman" w:hAnsi="Times New Roman" w:cs="Times New Roman"/>
          <w:sz w:val="24"/>
          <w:szCs w:val="24"/>
        </w:rPr>
        <w:t xml:space="preserve"> </w:t>
      </w:r>
      <w:proofErr w:type="spellStart"/>
      <w:r w:rsidR="00FB73D3" w:rsidRPr="007B033C">
        <w:rPr>
          <w:rFonts w:ascii="Times New Roman" w:hAnsi="Times New Roman" w:cs="Times New Roman"/>
          <w:sz w:val="24"/>
          <w:szCs w:val="24"/>
        </w:rPr>
        <w:t>ve</w:t>
      </w:r>
      <w:proofErr w:type="spellEnd"/>
      <w:r w:rsidR="00FB73D3" w:rsidRPr="007B033C">
        <w:rPr>
          <w:rFonts w:ascii="Times New Roman" w:hAnsi="Times New Roman" w:cs="Times New Roman"/>
          <w:sz w:val="24"/>
          <w:szCs w:val="24"/>
        </w:rPr>
        <w:t xml:space="preserve"> </w:t>
      </w:r>
      <w:proofErr w:type="spellStart"/>
      <w:r w:rsidR="00FB73D3" w:rsidRPr="007B033C">
        <w:rPr>
          <w:rFonts w:ascii="Times New Roman" w:hAnsi="Times New Roman" w:cs="Times New Roman"/>
          <w:sz w:val="24"/>
          <w:szCs w:val="24"/>
        </w:rPr>
        <w:t>arka</w:t>
      </w:r>
      <w:proofErr w:type="spellEnd"/>
      <w:r w:rsidR="00FB73D3" w:rsidRPr="007B033C">
        <w:rPr>
          <w:rFonts w:ascii="Times New Roman" w:hAnsi="Times New Roman" w:cs="Times New Roman"/>
          <w:sz w:val="24"/>
          <w:szCs w:val="24"/>
        </w:rPr>
        <w:t xml:space="preserve"> </w:t>
      </w:r>
      <w:proofErr w:type="spellStart"/>
      <w:r w:rsidR="00FB73D3" w:rsidRPr="007B033C">
        <w:rPr>
          <w:rFonts w:ascii="Times New Roman" w:hAnsi="Times New Roman" w:cs="Times New Roman"/>
          <w:sz w:val="24"/>
          <w:szCs w:val="24"/>
        </w:rPr>
        <w:t>kapak</w:t>
      </w:r>
      <w:proofErr w:type="spellEnd"/>
      <w:r w:rsidR="00FB73D3" w:rsidRPr="007B033C">
        <w:rPr>
          <w:rFonts w:ascii="Times New Roman" w:hAnsi="Times New Roman" w:cs="Times New Roman"/>
          <w:sz w:val="24"/>
          <w:szCs w:val="24"/>
        </w:rPr>
        <w:t xml:space="preserve"> </w:t>
      </w:r>
      <w:proofErr w:type="spellStart"/>
      <w:r w:rsidR="00FB73D3" w:rsidRPr="007B033C">
        <w:rPr>
          <w:rFonts w:ascii="Times New Roman" w:hAnsi="Times New Roman" w:cs="Times New Roman"/>
          <w:sz w:val="24"/>
          <w:szCs w:val="24"/>
        </w:rPr>
        <w:t>sayfaları</w:t>
      </w:r>
      <w:proofErr w:type="spellEnd"/>
      <w:r w:rsidR="00666ECB" w:rsidRPr="007B033C">
        <w:rPr>
          <w:rFonts w:ascii="Times New Roman" w:hAnsi="Times New Roman" w:cs="Times New Roman"/>
          <w:sz w:val="24"/>
          <w:szCs w:val="24"/>
        </w:rPr>
        <w:t xml:space="preserve"> </w:t>
      </w:r>
      <w:proofErr w:type="spellStart"/>
      <w:r w:rsidR="00666ECB" w:rsidRPr="007B033C">
        <w:rPr>
          <w:rFonts w:ascii="Times New Roman" w:hAnsi="Times New Roman" w:cs="Times New Roman"/>
          <w:sz w:val="24"/>
          <w:szCs w:val="24"/>
        </w:rPr>
        <w:t>ile</w:t>
      </w:r>
      <w:proofErr w:type="spellEnd"/>
      <w:r w:rsidR="00FB73D3" w:rsidRPr="007B033C">
        <w:rPr>
          <w:rFonts w:ascii="Times New Roman" w:hAnsi="Times New Roman" w:cs="Times New Roman"/>
          <w:sz w:val="24"/>
          <w:szCs w:val="24"/>
        </w:rPr>
        <w:t xml:space="preserve"> </w:t>
      </w:r>
      <w:proofErr w:type="spellStart"/>
      <w:r w:rsidR="00666ECB" w:rsidRPr="007B033C">
        <w:rPr>
          <w:rFonts w:ascii="Times New Roman" w:hAnsi="Times New Roman" w:cs="Times New Roman"/>
          <w:sz w:val="24"/>
          <w:szCs w:val="24"/>
        </w:rPr>
        <w:t>imalat</w:t>
      </w:r>
      <w:proofErr w:type="spellEnd"/>
      <w:r w:rsidR="00666ECB" w:rsidRPr="007B033C">
        <w:rPr>
          <w:rFonts w:ascii="Times New Roman" w:hAnsi="Times New Roman" w:cs="Times New Roman"/>
          <w:sz w:val="24"/>
          <w:szCs w:val="24"/>
        </w:rPr>
        <w:t>/</w:t>
      </w:r>
      <w:proofErr w:type="spellStart"/>
      <w:r w:rsidR="00666ECB" w:rsidRPr="007B033C">
        <w:rPr>
          <w:rFonts w:ascii="Times New Roman" w:hAnsi="Times New Roman" w:cs="Times New Roman"/>
          <w:sz w:val="24"/>
          <w:szCs w:val="24"/>
        </w:rPr>
        <w:t>metraj</w:t>
      </w:r>
      <w:proofErr w:type="spellEnd"/>
      <w:r w:rsidR="00666ECB" w:rsidRPr="007B033C">
        <w:rPr>
          <w:rFonts w:ascii="Times New Roman" w:hAnsi="Times New Roman" w:cs="Times New Roman"/>
          <w:sz w:val="24"/>
          <w:szCs w:val="24"/>
        </w:rPr>
        <w:t xml:space="preserve"> </w:t>
      </w:r>
      <w:proofErr w:type="spellStart"/>
      <w:r w:rsidR="00666ECB" w:rsidRPr="007B033C">
        <w:rPr>
          <w:rFonts w:ascii="Times New Roman" w:hAnsi="Times New Roman" w:cs="Times New Roman"/>
          <w:sz w:val="24"/>
          <w:szCs w:val="24"/>
        </w:rPr>
        <w:t>sayfalarının</w:t>
      </w:r>
      <w:proofErr w:type="spellEnd"/>
      <w:r w:rsidR="00666ECB" w:rsidRPr="007B033C">
        <w:rPr>
          <w:rFonts w:ascii="Times New Roman" w:hAnsi="Times New Roman" w:cs="Times New Roman"/>
          <w:sz w:val="24"/>
          <w:szCs w:val="24"/>
        </w:rPr>
        <w:t xml:space="preserve"> </w:t>
      </w:r>
      <w:proofErr w:type="spellStart"/>
      <w:r w:rsidR="00FB73D3" w:rsidRPr="007B033C">
        <w:rPr>
          <w:rFonts w:ascii="Times New Roman" w:hAnsi="Times New Roman" w:cs="Times New Roman"/>
          <w:sz w:val="24"/>
          <w:szCs w:val="24"/>
        </w:rPr>
        <w:t>onaylı</w:t>
      </w:r>
      <w:proofErr w:type="spellEnd"/>
      <w:r w:rsidR="00FB73D3" w:rsidRPr="007B033C">
        <w:rPr>
          <w:rFonts w:ascii="Times New Roman" w:hAnsi="Times New Roman" w:cs="Times New Roman"/>
          <w:sz w:val="24"/>
          <w:szCs w:val="24"/>
        </w:rPr>
        <w:t xml:space="preserve"> </w:t>
      </w:r>
      <w:proofErr w:type="spellStart"/>
      <w:r w:rsidR="00FB73D3" w:rsidRPr="007B033C">
        <w:rPr>
          <w:rFonts w:ascii="Times New Roman" w:hAnsi="Times New Roman" w:cs="Times New Roman"/>
          <w:sz w:val="24"/>
          <w:szCs w:val="24"/>
        </w:rPr>
        <w:t>suretlerinin</w:t>
      </w:r>
      <w:proofErr w:type="spellEnd"/>
      <w:r w:rsidR="00FB73D3" w:rsidRPr="007B033C">
        <w:rPr>
          <w:rFonts w:ascii="Times New Roman" w:hAnsi="Times New Roman" w:cs="Times New Roman"/>
          <w:sz w:val="24"/>
          <w:szCs w:val="24"/>
        </w:rPr>
        <w:t xml:space="preserve"> </w:t>
      </w:r>
      <w:proofErr w:type="spellStart"/>
      <w:r w:rsidR="00FB73D3" w:rsidRPr="007B033C">
        <w:rPr>
          <w:rFonts w:ascii="Times New Roman" w:hAnsi="Times New Roman" w:cs="Times New Roman"/>
          <w:sz w:val="24"/>
          <w:szCs w:val="24"/>
        </w:rPr>
        <w:t>sunulması</w:t>
      </w:r>
      <w:proofErr w:type="spellEnd"/>
      <w:r w:rsidR="00FB73D3" w:rsidRPr="007B033C">
        <w:rPr>
          <w:rFonts w:ascii="Times New Roman" w:hAnsi="Times New Roman" w:cs="Times New Roman"/>
          <w:sz w:val="24"/>
          <w:szCs w:val="24"/>
        </w:rPr>
        <w:t xml:space="preserve"> </w:t>
      </w:r>
      <w:proofErr w:type="spellStart"/>
      <w:r w:rsidR="00FB73D3" w:rsidRPr="007B033C">
        <w:rPr>
          <w:rFonts w:ascii="Times New Roman" w:hAnsi="Times New Roman" w:cs="Times New Roman"/>
          <w:sz w:val="24"/>
          <w:szCs w:val="24"/>
        </w:rPr>
        <w:t>zorunludur</w:t>
      </w:r>
      <w:proofErr w:type="spellEnd"/>
      <w:r w:rsidR="00FB73D3" w:rsidRPr="007B033C">
        <w:rPr>
          <w:rFonts w:ascii="Times New Roman" w:hAnsi="Times New Roman" w:cs="Times New Roman"/>
          <w:sz w:val="24"/>
          <w:szCs w:val="24"/>
        </w:rPr>
        <w:t>.</w:t>
      </w:r>
    </w:p>
    <w:p w14:paraId="5A8E6D22" w14:textId="03CB20CF" w:rsidR="009F05AD" w:rsidRPr="007B033C" w:rsidRDefault="007B033C" w:rsidP="001324B8">
      <w:pPr>
        <w:pStyle w:val="ListeMaddemi"/>
        <w:numPr>
          <w:ilvl w:val="0"/>
          <w:numId w:val="0"/>
        </w:numPr>
        <w:spacing w:after="60"/>
        <w:ind w:left="360" w:hanging="360"/>
        <w:jc w:val="both"/>
        <w:rPr>
          <w:rFonts w:ascii="Times New Roman" w:hAnsi="Times New Roman" w:cs="Times New Roman"/>
          <w:sz w:val="24"/>
          <w:szCs w:val="24"/>
        </w:rPr>
      </w:pPr>
      <w:r w:rsidRPr="007B033C">
        <w:rPr>
          <w:rFonts w:ascii="Times New Roman" w:hAnsi="Times New Roman" w:cs="Times New Roman"/>
          <w:b/>
          <w:sz w:val="24"/>
          <w:szCs w:val="24"/>
        </w:rPr>
        <w:t xml:space="preserve">4.3.3. </w:t>
      </w:r>
      <w:proofErr w:type="spellStart"/>
      <w:r w:rsidRPr="007B033C">
        <w:rPr>
          <w:rFonts w:ascii="Times New Roman" w:hAnsi="Times New Roman" w:cs="Times New Roman"/>
          <w:b/>
          <w:sz w:val="24"/>
          <w:szCs w:val="24"/>
        </w:rPr>
        <w:t>Anahtar</w:t>
      </w:r>
      <w:proofErr w:type="spellEnd"/>
      <w:r w:rsidR="00FB73D3" w:rsidRPr="007B033C">
        <w:rPr>
          <w:rFonts w:ascii="Times New Roman" w:hAnsi="Times New Roman" w:cs="Times New Roman"/>
          <w:b/>
          <w:sz w:val="24"/>
          <w:szCs w:val="24"/>
        </w:rPr>
        <w:t xml:space="preserve"> Teknik </w:t>
      </w:r>
      <w:proofErr w:type="spellStart"/>
      <w:r w:rsidR="00FB73D3" w:rsidRPr="007B033C">
        <w:rPr>
          <w:rFonts w:ascii="Times New Roman" w:hAnsi="Times New Roman" w:cs="Times New Roman"/>
          <w:b/>
          <w:sz w:val="24"/>
          <w:szCs w:val="24"/>
        </w:rPr>
        <w:t>Personel</w:t>
      </w:r>
      <w:proofErr w:type="spellEnd"/>
      <w:r w:rsidR="00FB73D3" w:rsidRPr="007B033C">
        <w:rPr>
          <w:rFonts w:ascii="Times New Roman" w:hAnsi="Times New Roman" w:cs="Times New Roman"/>
          <w:b/>
          <w:sz w:val="24"/>
          <w:szCs w:val="24"/>
        </w:rPr>
        <w:t xml:space="preserve"> / Organizasyon Yapısı (Puanlamaya Esas): </w:t>
      </w:r>
      <w:r w:rsidR="00FB73D3" w:rsidRPr="007B033C">
        <w:rPr>
          <w:rFonts w:ascii="Times New Roman" w:hAnsi="Times New Roman" w:cs="Times New Roman"/>
          <w:sz w:val="24"/>
          <w:szCs w:val="24"/>
        </w:rPr>
        <w:t xml:space="preserve">Yeterlik kriteri olmayıp yalnızca puanlamaya esas olmak üzere; ön yeterlik ilan tarihi itibarıyla aday bünyesinde sigortalı olarak çalışan 1 adet Mimar / Y. Mimar'a ait diploma, ilgili oda kayıt </w:t>
      </w:r>
      <w:r w:rsidR="00FB73D3" w:rsidRPr="007B033C">
        <w:rPr>
          <w:rFonts w:ascii="Times New Roman" w:hAnsi="Times New Roman" w:cs="Times New Roman"/>
          <w:sz w:val="24"/>
          <w:szCs w:val="24"/>
        </w:rPr>
        <w:lastRenderedPageBreak/>
        <w:t>belgesi ve SGK prim ödeme belgeleri sunulacaktır (Restorasyon işlerinde en az 3 yıl sigortalılık %100 puan [5 puan]; 1-3 yıl arası sigortalılık %50 puan [2,5 puan]).</w:t>
      </w:r>
    </w:p>
    <w:p w14:paraId="24FD88F2" w14:textId="2B1444D6" w:rsidR="009F05AD" w:rsidRPr="007B033C" w:rsidRDefault="007B033C" w:rsidP="001324B8">
      <w:pPr>
        <w:pStyle w:val="ListeMaddemi"/>
        <w:numPr>
          <w:ilvl w:val="0"/>
          <w:numId w:val="0"/>
        </w:numPr>
        <w:spacing w:after="60"/>
        <w:ind w:left="360" w:hanging="360"/>
        <w:jc w:val="both"/>
        <w:rPr>
          <w:rFonts w:ascii="Times New Roman" w:hAnsi="Times New Roman" w:cs="Times New Roman"/>
          <w:sz w:val="24"/>
          <w:szCs w:val="24"/>
        </w:rPr>
      </w:pPr>
      <w:r w:rsidRPr="007B033C">
        <w:rPr>
          <w:rFonts w:ascii="Times New Roman" w:hAnsi="Times New Roman" w:cs="Times New Roman"/>
          <w:b/>
          <w:sz w:val="24"/>
          <w:szCs w:val="24"/>
        </w:rPr>
        <w:t>4.3.</w:t>
      </w:r>
      <w:r w:rsidR="00FB73D3" w:rsidRPr="007B033C">
        <w:rPr>
          <w:rFonts w:ascii="Times New Roman" w:hAnsi="Times New Roman" w:cs="Times New Roman"/>
          <w:b/>
          <w:sz w:val="24"/>
          <w:szCs w:val="24"/>
        </w:rPr>
        <w:t xml:space="preserve">4. </w:t>
      </w:r>
      <w:proofErr w:type="spellStart"/>
      <w:r w:rsidR="00FB73D3" w:rsidRPr="007B033C">
        <w:rPr>
          <w:rFonts w:ascii="Times New Roman" w:hAnsi="Times New Roman" w:cs="Times New Roman"/>
          <w:b/>
          <w:sz w:val="24"/>
          <w:szCs w:val="24"/>
        </w:rPr>
        <w:t>İlave</w:t>
      </w:r>
      <w:proofErr w:type="spellEnd"/>
      <w:r w:rsidR="00FB73D3" w:rsidRPr="007B033C">
        <w:rPr>
          <w:rFonts w:ascii="Times New Roman" w:hAnsi="Times New Roman" w:cs="Times New Roman"/>
          <w:b/>
          <w:sz w:val="24"/>
          <w:szCs w:val="24"/>
        </w:rPr>
        <w:t xml:space="preserve"> </w:t>
      </w:r>
      <w:proofErr w:type="spellStart"/>
      <w:r w:rsidR="00FB73D3" w:rsidRPr="007B033C">
        <w:rPr>
          <w:rFonts w:ascii="Times New Roman" w:hAnsi="Times New Roman" w:cs="Times New Roman"/>
          <w:b/>
          <w:sz w:val="24"/>
          <w:szCs w:val="24"/>
        </w:rPr>
        <w:t>İş</w:t>
      </w:r>
      <w:proofErr w:type="spellEnd"/>
      <w:r w:rsidR="00FB73D3" w:rsidRPr="007B033C">
        <w:rPr>
          <w:rFonts w:ascii="Times New Roman" w:hAnsi="Times New Roman" w:cs="Times New Roman"/>
          <w:b/>
          <w:sz w:val="24"/>
          <w:szCs w:val="24"/>
        </w:rPr>
        <w:t xml:space="preserve"> </w:t>
      </w:r>
      <w:proofErr w:type="spellStart"/>
      <w:r w:rsidR="00FB73D3" w:rsidRPr="007B033C">
        <w:rPr>
          <w:rFonts w:ascii="Times New Roman" w:hAnsi="Times New Roman" w:cs="Times New Roman"/>
          <w:b/>
          <w:sz w:val="24"/>
          <w:szCs w:val="24"/>
        </w:rPr>
        <w:t>Deneyim</w:t>
      </w:r>
      <w:proofErr w:type="spellEnd"/>
      <w:r w:rsidR="00FB73D3" w:rsidRPr="007B033C">
        <w:rPr>
          <w:rFonts w:ascii="Times New Roman" w:hAnsi="Times New Roman" w:cs="Times New Roman"/>
          <w:b/>
          <w:sz w:val="24"/>
          <w:szCs w:val="24"/>
        </w:rPr>
        <w:t xml:space="preserve"> </w:t>
      </w:r>
      <w:proofErr w:type="spellStart"/>
      <w:r w:rsidR="00FB73D3" w:rsidRPr="007B033C">
        <w:rPr>
          <w:rFonts w:ascii="Times New Roman" w:hAnsi="Times New Roman" w:cs="Times New Roman"/>
          <w:b/>
          <w:sz w:val="24"/>
          <w:szCs w:val="24"/>
        </w:rPr>
        <w:t>Belgeleri</w:t>
      </w:r>
      <w:proofErr w:type="spellEnd"/>
      <w:r w:rsidR="00FB73D3" w:rsidRPr="007B033C">
        <w:rPr>
          <w:rFonts w:ascii="Times New Roman" w:hAnsi="Times New Roman" w:cs="Times New Roman"/>
          <w:b/>
          <w:sz w:val="24"/>
          <w:szCs w:val="24"/>
        </w:rPr>
        <w:t xml:space="preserve"> (Puanlamaya Esas): </w:t>
      </w:r>
      <w:r w:rsidR="00FB73D3" w:rsidRPr="007B033C">
        <w:rPr>
          <w:rFonts w:ascii="Times New Roman" w:hAnsi="Times New Roman" w:cs="Times New Roman"/>
          <w:sz w:val="24"/>
          <w:szCs w:val="24"/>
        </w:rPr>
        <w:t xml:space="preserve">Yeterlik kriteri olarak sunulan iş deneyim belgesi dışında </w:t>
      </w:r>
      <w:proofErr w:type="spellStart"/>
      <w:r w:rsidR="00FB73D3" w:rsidRPr="007B033C">
        <w:rPr>
          <w:rFonts w:ascii="Times New Roman" w:hAnsi="Times New Roman" w:cs="Times New Roman"/>
          <w:sz w:val="24"/>
          <w:szCs w:val="24"/>
        </w:rPr>
        <w:t>azami</w:t>
      </w:r>
      <w:proofErr w:type="spellEnd"/>
      <w:r w:rsidR="00FB73D3" w:rsidRPr="007B033C">
        <w:rPr>
          <w:rFonts w:ascii="Times New Roman" w:hAnsi="Times New Roman" w:cs="Times New Roman"/>
          <w:sz w:val="24"/>
          <w:szCs w:val="24"/>
        </w:rPr>
        <w:t xml:space="preserve"> 2 </w:t>
      </w:r>
      <w:proofErr w:type="spellStart"/>
      <w:r w:rsidR="00FB73D3" w:rsidRPr="007B033C">
        <w:rPr>
          <w:rFonts w:ascii="Times New Roman" w:hAnsi="Times New Roman" w:cs="Times New Roman"/>
          <w:sz w:val="24"/>
          <w:szCs w:val="24"/>
        </w:rPr>
        <w:t>adet</w:t>
      </w:r>
      <w:proofErr w:type="spellEnd"/>
      <w:r w:rsidR="00FB73D3" w:rsidRPr="007B033C">
        <w:rPr>
          <w:rFonts w:ascii="Times New Roman" w:hAnsi="Times New Roman" w:cs="Times New Roman"/>
          <w:sz w:val="24"/>
          <w:szCs w:val="24"/>
        </w:rPr>
        <w:t xml:space="preserve"> </w:t>
      </w:r>
      <w:proofErr w:type="spellStart"/>
      <w:r w:rsidR="00FB73D3" w:rsidRPr="007B033C">
        <w:rPr>
          <w:rFonts w:ascii="Times New Roman" w:hAnsi="Times New Roman" w:cs="Times New Roman"/>
          <w:sz w:val="24"/>
          <w:szCs w:val="24"/>
        </w:rPr>
        <w:t>ilave</w:t>
      </w:r>
      <w:proofErr w:type="spellEnd"/>
      <w:r w:rsidR="00FB73D3" w:rsidRPr="007B033C">
        <w:rPr>
          <w:rFonts w:ascii="Times New Roman" w:hAnsi="Times New Roman" w:cs="Times New Roman"/>
          <w:sz w:val="24"/>
          <w:szCs w:val="24"/>
        </w:rPr>
        <w:t xml:space="preserve"> </w:t>
      </w:r>
      <w:proofErr w:type="spellStart"/>
      <w:r w:rsidR="00FB73D3" w:rsidRPr="007B033C">
        <w:rPr>
          <w:rFonts w:ascii="Times New Roman" w:hAnsi="Times New Roman" w:cs="Times New Roman"/>
          <w:sz w:val="24"/>
          <w:szCs w:val="24"/>
        </w:rPr>
        <w:t>iş</w:t>
      </w:r>
      <w:proofErr w:type="spellEnd"/>
      <w:r w:rsidR="00FB73D3" w:rsidRPr="007B033C">
        <w:rPr>
          <w:rFonts w:ascii="Times New Roman" w:hAnsi="Times New Roman" w:cs="Times New Roman"/>
          <w:sz w:val="24"/>
          <w:szCs w:val="24"/>
        </w:rPr>
        <w:t xml:space="preserve"> </w:t>
      </w:r>
      <w:proofErr w:type="spellStart"/>
      <w:r w:rsidR="00FB73D3" w:rsidRPr="007B033C">
        <w:rPr>
          <w:rFonts w:ascii="Times New Roman" w:hAnsi="Times New Roman" w:cs="Times New Roman"/>
          <w:sz w:val="24"/>
          <w:szCs w:val="24"/>
        </w:rPr>
        <w:t>deneyim</w:t>
      </w:r>
      <w:proofErr w:type="spellEnd"/>
      <w:r w:rsidR="00FB73D3" w:rsidRPr="007B033C">
        <w:rPr>
          <w:rFonts w:ascii="Times New Roman" w:hAnsi="Times New Roman" w:cs="Times New Roman"/>
          <w:sz w:val="24"/>
          <w:szCs w:val="24"/>
        </w:rPr>
        <w:t xml:space="preserve"> </w:t>
      </w:r>
      <w:proofErr w:type="spellStart"/>
      <w:r w:rsidR="00FB73D3" w:rsidRPr="007B033C">
        <w:rPr>
          <w:rFonts w:ascii="Times New Roman" w:hAnsi="Times New Roman" w:cs="Times New Roman"/>
          <w:sz w:val="24"/>
          <w:szCs w:val="24"/>
        </w:rPr>
        <w:t>belgesi</w:t>
      </w:r>
      <w:proofErr w:type="spellEnd"/>
      <w:r w:rsidR="00FB73D3" w:rsidRPr="007B033C">
        <w:rPr>
          <w:rFonts w:ascii="Times New Roman" w:hAnsi="Times New Roman" w:cs="Times New Roman"/>
          <w:sz w:val="24"/>
          <w:szCs w:val="24"/>
        </w:rPr>
        <w:t xml:space="preserve"> (</w:t>
      </w:r>
      <w:proofErr w:type="spellStart"/>
      <w:r w:rsidR="00FB73D3" w:rsidRPr="007B033C">
        <w:rPr>
          <w:rFonts w:ascii="Times New Roman" w:hAnsi="Times New Roman" w:cs="Times New Roman"/>
          <w:sz w:val="24"/>
          <w:szCs w:val="24"/>
        </w:rPr>
        <w:t>Standart</w:t>
      </w:r>
      <w:proofErr w:type="spellEnd"/>
      <w:r w:rsidR="00FB73D3" w:rsidRPr="007B033C">
        <w:rPr>
          <w:rFonts w:ascii="Times New Roman" w:hAnsi="Times New Roman" w:cs="Times New Roman"/>
          <w:sz w:val="24"/>
          <w:szCs w:val="24"/>
        </w:rPr>
        <w:t xml:space="preserve"> Form VGM-U</w:t>
      </w:r>
      <w:r w:rsidR="00FB73D3">
        <w:rPr>
          <w:rFonts w:ascii="Times New Roman" w:hAnsi="Times New Roman" w:cs="Times New Roman"/>
          <w:sz w:val="24"/>
          <w:szCs w:val="24"/>
        </w:rPr>
        <w:t>40</w:t>
      </w:r>
      <w:r w:rsidR="00FB73D3" w:rsidRPr="007B033C">
        <w:rPr>
          <w:rFonts w:ascii="Times New Roman" w:hAnsi="Times New Roman" w:cs="Times New Roman"/>
          <w:sz w:val="24"/>
          <w:szCs w:val="24"/>
        </w:rPr>
        <w:t xml:space="preserve">) </w:t>
      </w:r>
      <w:proofErr w:type="spellStart"/>
      <w:r w:rsidR="00FB73D3" w:rsidRPr="007B033C">
        <w:rPr>
          <w:rFonts w:ascii="Times New Roman" w:hAnsi="Times New Roman" w:cs="Times New Roman"/>
          <w:sz w:val="24"/>
          <w:szCs w:val="24"/>
        </w:rPr>
        <w:t>puanlama</w:t>
      </w:r>
      <w:proofErr w:type="spellEnd"/>
      <w:r w:rsidR="00FB73D3" w:rsidRPr="007B033C">
        <w:rPr>
          <w:rFonts w:ascii="Times New Roman" w:hAnsi="Times New Roman" w:cs="Times New Roman"/>
          <w:sz w:val="24"/>
          <w:szCs w:val="24"/>
        </w:rPr>
        <w:t xml:space="preserve"> </w:t>
      </w:r>
      <w:proofErr w:type="spellStart"/>
      <w:r w:rsidR="00FB73D3" w:rsidRPr="007B033C">
        <w:rPr>
          <w:rFonts w:ascii="Times New Roman" w:hAnsi="Times New Roman" w:cs="Times New Roman"/>
          <w:sz w:val="24"/>
          <w:szCs w:val="24"/>
        </w:rPr>
        <w:t>için</w:t>
      </w:r>
      <w:proofErr w:type="spellEnd"/>
      <w:r w:rsidR="00FB73D3" w:rsidRPr="007B033C">
        <w:rPr>
          <w:rFonts w:ascii="Times New Roman" w:hAnsi="Times New Roman" w:cs="Times New Roman"/>
          <w:sz w:val="24"/>
          <w:szCs w:val="24"/>
        </w:rPr>
        <w:t xml:space="preserve"> </w:t>
      </w:r>
      <w:proofErr w:type="spellStart"/>
      <w:r w:rsidR="00FB73D3" w:rsidRPr="007B033C">
        <w:rPr>
          <w:rFonts w:ascii="Times New Roman" w:hAnsi="Times New Roman" w:cs="Times New Roman"/>
          <w:sz w:val="24"/>
          <w:szCs w:val="24"/>
        </w:rPr>
        <w:t>sunulabilir</w:t>
      </w:r>
      <w:proofErr w:type="spellEnd"/>
      <w:r w:rsidR="00FB73D3" w:rsidRPr="007B033C">
        <w:rPr>
          <w:rFonts w:ascii="Times New Roman" w:hAnsi="Times New Roman" w:cs="Times New Roman"/>
          <w:sz w:val="24"/>
          <w:szCs w:val="24"/>
        </w:rPr>
        <w:t>.</w:t>
      </w:r>
    </w:p>
    <w:p w14:paraId="2D7B6C5B" w14:textId="77777777" w:rsidR="009F05AD" w:rsidRPr="007B033C" w:rsidRDefault="00FB73D3" w:rsidP="001324B8">
      <w:pPr>
        <w:spacing w:before="200" w:after="80"/>
        <w:jc w:val="both"/>
        <w:rPr>
          <w:rFonts w:ascii="Times New Roman" w:hAnsi="Times New Roman" w:cs="Times New Roman"/>
          <w:sz w:val="24"/>
          <w:szCs w:val="24"/>
        </w:rPr>
      </w:pPr>
      <w:r w:rsidRPr="007B033C">
        <w:rPr>
          <w:rFonts w:ascii="Times New Roman" w:hAnsi="Times New Roman" w:cs="Times New Roman"/>
          <w:b/>
          <w:color w:val="2C3E50"/>
          <w:sz w:val="24"/>
          <w:szCs w:val="24"/>
        </w:rPr>
        <w:t>4.4. Bu ihalede benzer iş olarak kabul edilecek işler:</w:t>
      </w:r>
    </w:p>
    <w:p w14:paraId="72F89AA0" w14:textId="77777777" w:rsidR="009F05AD" w:rsidRPr="007B033C" w:rsidRDefault="00FB73D3" w:rsidP="001324B8">
      <w:pPr>
        <w:spacing w:after="80"/>
        <w:jc w:val="both"/>
        <w:rPr>
          <w:rFonts w:ascii="Times New Roman" w:hAnsi="Times New Roman" w:cs="Times New Roman"/>
          <w:sz w:val="24"/>
          <w:szCs w:val="24"/>
        </w:rPr>
      </w:pPr>
      <w:r w:rsidRPr="007B033C">
        <w:rPr>
          <w:rFonts w:ascii="Times New Roman" w:hAnsi="Times New Roman" w:cs="Times New Roman"/>
          <w:b/>
          <w:sz w:val="24"/>
          <w:szCs w:val="24"/>
        </w:rPr>
        <w:t xml:space="preserve">4.4.1. </w:t>
      </w:r>
      <w:r w:rsidRPr="007B033C">
        <w:rPr>
          <w:rFonts w:ascii="Times New Roman" w:hAnsi="Times New Roman" w:cs="Times New Roman"/>
          <w:sz w:val="24"/>
          <w:szCs w:val="24"/>
        </w:rPr>
        <w:t xml:space="preserve">2863 sayılı Kültür ve Tabiat Varlıklarını Koruma Kanununun 6 ncı maddesinde belirlenen; Korunması Gerekli Taşınmaz Kültür ve Tabiat Varlıklarından ihale edilen işin asgari tescil grubunu sağlamak şartıyla; </w:t>
      </w:r>
      <w:r w:rsidRPr="007B033C">
        <w:rPr>
          <w:rFonts w:ascii="Times New Roman" w:hAnsi="Times New Roman" w:cs="Times New Roman"/>
          <w:b/>
          <w:sz w:val="24"/>
          <w:szCs w:val="24"/>
        </w:rPr>
        <w:t xml:space="preserve">camii veya mescit veya türbe veya kümbet veya kilise veya sinagog veya medrese veya han veya kervansaray veya hamam veya imaret veya külliye veya tekke veya saray yapısı taşınmazların, Kültür ve Tabiat Varlıklarını Koruma Yüksek Kurulunun 05.11.1999 tarih ve 660 sayılı İlke Kararının “I-Müdahale Biçimleri” başlığı altındaki 2-b-Esaslı Onarım (Restorasyon) bendine göre yapılan restorasyonları </w:t>
      </w:r>
      <w:r w:rsidRPr="007B033C">
        <w:rPr>
          <w:rFonts w:ascii="Times New Roman" w:hAnsi="Times New Roman" w:cs="Times New Roman"/>
          <w:sz w:val="24"/>
          <w:szCs w:val="24"/>
        </w:rPr>
        <w:t xml:space="preserve">(basit onarımlar, sokak sağlıklaştırma, kaya oyma yapılar, köprü, sur, kale, burç, höyük, çeşme vb. hariç) benzer iş olarak kabul edilecektir. </w:t>
      </w:r>
      <w:r w:rsidRPr="007B033C">
        <w:rPr>
          <w:rFonts w:ascii="Times New Roman" w:hAnsi="Times New Roman" w:cs="Times New Roman"/>
          <w:b/>
          <w:sz w:val="24"/>
          <w:szCs w:val="24"/>
        </w:rPr>
        <w:t>Bu ihalede mezuniyet belgeleri benzer işe denk sayılmayacaktır.</w:t>
      </w:r>
    </w:p>
    <w:p w14:paraId="4650D579" w14:textId="77777777" w:rsidR="009F05AD" w:rsidRPr="007B033C" w:rsidRDefault="00FB73D3" w:rsidP="001324B8">
      <w:pPr>
        <w:spacing w:before="280" w:after="120"/>
        <w:jc w:val="both"/>
        <w:rPr>
          <w:rFonts w:ascii="Times New Roman" w:hAnsi="Times New Roman" w:cs="Times New Roman"/>
          <w:sz w:val="24"/>
          <w:szCs w:val="24"/>
        </w:rPr>
      </w:pPr>
      <w:r w:rsidRPr="007B033C">
        <w:rPr>
          <w:rFonts w:ascii="Times New Roman" w:hAnsi="Times New Roman" w:cs="Times New Roman"/>
          <w:b/>
          <w:color w:val="1F4E79"/>
          <w:sz w:val="24"/>
          <w:szCs w:val="24"/>
        </w:rPr>
        <w:t>5 - İhaleye sadece yerli istekliler katılabilecektir.</w:t>
      </w:r>
    </w:p>
    <w:p w14:paraId="261A6BC9" w14:textId="77777777" w:rsidR="009F05AD" w:rsidRPr="007B033C" w:rsidRDefault="00FB73D3" w:rsidP="001324B8">
      <w:pPr>
        <w:spacing w:before="280" w:after="120"/>
        <w:jc w:val="both"/>
        <w:rPr>
          <w:rFonts w:ascii="Times New Roman" w:hAnsi="Times New Roman" w:cs="Times New Roman"/>
          <w:sz w:val="24"/>
          <w:szCs w:val="24"/>
        </w:rPr>
      </w:pPr>
      <w:r w:rsidRPr="007B033C">
        <w:rPr>
          <w:rFonts w:ascii="Times New Roman" w:hAnsi="Times New Roman" w:cs="Times New Roman"/>
          <w:b/>
          <w:color w:val="1F4E79"/>
          <w:sz w:val="24"/>
          <w:szCs w:val="24"/>
        </w:rPr>
        <w:t>6 - Ön yeterlik dokümanının görülmesi ve satın alınması:</w:t>
      </w:r>
    </w:p>
    <w:p w14:paraId="5EA5B5EA" w14:textId="56CBE238" w:rsidR="009F05AD" w:rsidRPr="007B033C" w:rsidRDefault="00FB73D3" w:rsidP="001324B8">
      <w:pPr>
        <w:pStyle w:val="ListeMaddemi"/>
        <w:numPr>
          <w:ilvl w:val="0"/>
          <w:numId w:val="0"/>
        </w:numPr>
        <w:spacing w:after="60"/>
        <w:ind w:left="360" w:hanging="360"/>
        <w:jc w:val="both"/>
        <w:rPr>
          <w:rFonts w:ascii="Times New Roman" w:hAnsi="Times New Roman" w:cs="Times New Roman"/>
          <w:sz w:val="24"/>
          <w:szCs w:val="24"/>
        </w:rPr>
      </w:pPr>
      <w:r w:rsidRPr="007B033C">
        <w:rPr>
          <w:rFonts w:ascii="Times New Roman" w:hAnsi="Times New Roman" w:cs="Times New Roman"/>
          <w:b/>
          <w:sz w:val="24"/>
          <w:szCs w:val="24"/>
        </w:rPr>
        <w:t xml:space="preserve">6.1. </w:t>
      </w:r>
      <w:r w:rsidRPr="007B033C">
        <w:rPr>
          <w:rFonts w:ascii="Times New Roman" w:hAnsi="Times New Roman" w:cs="Times New Roman"/>
          <w:sz w:val="24"/>
          <w:szCs w:val="24"/>
        </w:rPr>
        <w:t xml:space="preserve">Ön yeterlik ve ihale dokümanı, idarenin adresinde görülebilir. </w:t>
      </w:r>
      <w:proofErr w:type="spellStart"/>
      <w:r w:rsidRPr="007B033C">
        <w:rPr>
          <w:rFonts w:ascii="Times New Roman" w:hAnsi="Times New Roman" w:cs="Times New Roman"/>
          <w:sz w:val="24"/>
          <w:szCs w:val="24"/>
        </w:rPr>
        <w:t>Ön</w:t>
      </w:r>
      <w:proofErr w:type="spellEnd"/>
      <w:r w:rsidRPr="007B033C">
        <w:rPr>
          <w:rFonts w:ascii="Times New Roman" w:hAnsi="Times New Roman" w:cs="Times New Roman"/>
          <w:sz w:val="24"/>
          <w:szCs w:val="24"/>
        </w:rPr>
        <w:t xml:space="preserve"> </w:t>
      </w:r>
      <w:proofErr w:type="spellStart"/>
      <w:r w:rsidRPr="007B033C">
        <w:rPr>
          <w:rFonts w:ascii="Times New Roman" w:hAnsi="Times New Roman" w:cs="Times New Roman"/>
          <w:sz w:val="24"/>
          <w:szCs w:val="24"/>
        </w:rPr>
        <w:t>yeterlik</w:t>
      </w:r>
      <w:proofErr w:type="spellEnd"/>
      <w:r w:rsidRPr="007B033C">
        <w:rPr>
          <w:rFonts w:ascii="Times New Roman" w:hAnsi="Times New Roman" w:cs="Times New Roman"/>
          <w:sz w:val="24"/>
          <w:szCs w:val="24"/>
        </w:rPr>
        <w:t xml:space="preserve"> </w:t>
      </w:r>
      <w:proofErr w:type="spellStart"/>
      <w:r w:rsidRPr="007B033C">
        <w:rPr>
          <w:rFonts w:ascii="Times New Roman" w:hAnsi="Times New Roman" w:cs="Times New Roman"/>
          <w:sz w:val="24"/>
          <w:szCs w:val="24"/>
        </w:rPr>
        <w:t>dokümanı</w:t>
      </w:r>
      <w:proofErr w:type="spellEnd"/>
      <w:r w:rsidRPr="007B033C">
        <w:rPr>
          <w:rFonts w:ascii="Times New Roman" w:hAnsi="Times New Roman" w:cs="Times New Roman"/>
          <w:sz w:val="24"/>
          <w:szCs w:val="24"/>
        </w:rPr>
        <w:t xml:space="preserve"> 5.000,00 </w:t>
      </w:r>
      <w:proofErr w:type="spellStart"/>
      <w:r w:rsidRPr="007B033C">
        <w:rPr>
          <w:rFonts w:ascii="Times New Roman" w:hAnsi="Times New Roman" w:cs="Times New Roman"/>
          <w:sz w:val="24"/>
          <w:szCs w:val="24"/>
        </w:rPr>
        <w:t>Türk</w:t>
      </w:r>
      <w:proofErr w:type="spellEnd"/>
      <w:r w:rsidRPr="007B033C">
        <w:rPr>
          <w:rFonts w:ascii="Times New Roman" w:hAnsi="Times New Roman" w:cs="Times New Roman"/>
          <w:sz w:val="24"/>
          <w:szCs w:val="24"/>
        </w:rPr>
        <w:t xml:space="preserve"> </w:t>
      </w:r>
      <w:proofErr w:type="spellStart"/>
      <w:r w:rsidRPr="007B033C">
        <w:rPr>
          <w:rFonts w:ascii="Times New Roman" w:hAnsi="Times New Roman" w:cs="Times New Roman"/>
          <w:sz w:val="24"/>
          <w:szCs w:val="24"/>
        </w:rPr>
        <w:t>Lirası</w:t>
      </w:r>
      <w:proofErr w:type="spellEnd"/>
      <w:r w:rsidRPr="007B033C">
        <w:rPr>
          <w:rFonts w:ascii="Times New Roman" w:hAnsi="Times New Roman" w:cs="Times New Roman"/>
          <w:sz w:val="24"/>
          <w:szCs w:val="24"/>
        </w:rPr>
        <w:t xml:space="preserve"> </w:t>
      </w:r>
      <w:proofErr w:type="spellStart"/>
      <w:r w:rsidRPr="007B033C">
        <w:rPr>
          <w:rFonts w:ascii="Times New Roman" w:hAnsi="Times New Roman" w:cs="Times New Roman"/>
          <w:sz w:val="24"/>
          <w:szCs w:val="24"/>
        </w:rPr>
        <w:t>ve</w:t>
      </w:r>
      <w:proofErr w:type="spellEnd"/>
      <w:r w:rsidRPr="007B033C">
        <w:rPr>
          <w:rFonts w:ascii="Times New Roman" w:hAnsi="Times New Roman" w:cs="Times New Roman"/>
          <w:sz w:val="24"/>
          <w:szCs w:val="24"/>
        </w:rPr>
        <w:t xml:space="preserve"> </w:t>
      </w:r>
      <w:proofErr w:type="spellStart"/>
      <w:r w:rsidRPr="007B033C">
        <w:rPr>
          <w:rFonts w:ascii="Times New Roman" w:hAnsi="Times New Roman" w:cs="Times New Roman"/>
          <w:sz w:val="24"/>
          <w:szCs w:val="24"/>
        </w:rPr>
        <w:t>ihale</w:t>
      </w:r>
      <w:proofErr w:type="spellEnd"/>
      <w:r w:rsidRPr="007B033C">
        <w:rPr>
          <w:rFonts w:ascii="Times New Roman" w:hAnsi="Times New Roman" w:cs="Times New Roman"/>
          <w:sz w:val="24"/>
          <w:szCs w:val="24"/>
        </w:rPr>
        <w:t xml:space="preserve"> </w:t>
      </w:r>
      <w:proofErr w:type="spellStart"/>
      <w:r w:rsidR="007B033C" w:rsidRPr="007B033C">
        <w:rPr>
          <w:rFonts w:ascii="Times New Roman" w:hAnsi="Times New Roman" w:cs="Times New Roman"/>
          <w:sz w:val="24"/>
          <w:szCs w:val="24"/>
        </w:rPr>
        <w:t>dokümanı</w:t>
      </w:r>
      <w:proofErr w:type="spellEnd"/>
      <w:r w:rsidR="007B033C" w:rsidRPr="007B033C">
        <w:rPr>
          <w:rFonts w:ascii="Times New Roman" w:hAnsi="Times New Roman" w:cs="Times New Roman"/>
          <w:sz w:val="24"/>
          <w:szCs w:val="24"/>
        </w:rPr>
        <w:t xml:space="preserve"> 5.000</w:t>
      </w:r>
      <w:r w:rsidR="00F102B5" w:rsidRPr="007B033C">
        <w:rPr>
          <w:rFonts w:ascii="Times New Roman" w:hAnsi="Times New Roman" w:cs="Times New Roman"/>
          <w:sz w:val="24"/>
          <w:szCs w:val="24"/>
        </w:rPr>
        <w:t xml:space="preserve">,00 </w:t>
      </w:r>
      <w:proofErr w:type="spellStart"/>
      <w:r w:rsidR="00F102B5" w:rsidRPr="007B033C">
        <w:rPr>
          <w:rFonts w:ascii="Times New Roman" w:hAnsi="Times New Roman" w:cs="Times New Roman"/>
          <w:sz w:val="24"/>
          <w:szCs w:val="24"/>
        </w:rPr>
        <w:t>Türk</w:t>
      </w:r>
      <w:proofErr w:type="spellEnd"/>
      <w:r w:rsidR="00F102B5" w:rsidRPr="007B033C">
        <w:rPr>
          <w:rFonts w:ascii="Times New Roman" w:hAnsi="Times New Roman" w:cs="Times New Roman"/>
          <w:sz w:val="24"/>
          <w:szCs w:val="24"/>
        </w:rPr>
        <w:t xml:space="preserve"> </w:t>
      </w:r>
      <w:proofErr w:type="spellStart"/>
      <w:r w:rsidR="00F102B5" w:rsidRPr="007B033C">
        <w:rPr>
          <w:rFonts w:ascii="Times New Roman" w:hAnsi="Times New Roman" w:cs="Times New Roman"/>
          <w:sz w:val="24"/>
          <w:szCs w:val="24"/>
        </w:rPr>
        <w:t>Lirası</w:t>
      </w:r>
      <w:proofErr w:type="spellEnd"/>
      <w:r w:rsidR="00F102B5" w:rsidRPr="007B033C">
        <w:rPr>
          <w:rFonts w:ascii="Times New Roman" w:hAnsi="Times New Roman" w:cs="Times New Roman"/>
          <w:sz w:val="24"/>
          <w:szCs w:val="24"/>
        </w:rPr>
        <w:t xml:space="preserve"> </w:t>
      </w:r>
      <w:proofErr w:type="spellStart"/>
      <w:r w:rsidRPr="007B033C">
        <w:rPr>
          <w:rFonts w:ascii="Times New Roman" w:hAnsi="Times New Roman" w:cs="Times New Roman"/>
          <w:sz w:val="24"/>
          <w:szCs w:val="24"/>
        </w:rPr>
        <w:t>karşılığı</w:t>
      </w:r>
      <w:proofErr w:type="spellEnd"/>
      <w:r w:rsidRPr="007B033C">
        <w:rPr>
          <w:rFonts w:ascii="Times New Roman" w:hAnsi="Times New Roman" w:cs="Times New Roman"/>
          <w:sz w:val="24"/>
          <w:szCs w:val="24"/>
        </w:rPr>
        <w:t xml:space="preserve"> </w:t>
      </w:r>
      <w:proofErr w:type="spellStart"/>
      <w:r w:rsidRPr="007B033C">
        <w:rPr>
          <w:rFonts w:ascii="Times New Roman" w:hAnsi="Times New Roman" w:cs="Times New Roman"/>
          <w:sz w:val="24"/>
          <w:szCs w:val="24"/>
        </w:rPr>
        <w:t>aynı</w:t>
      </w:r>
      <w:proofErr w:type="spellEnd"/>
      <w:r w:rsidRPr="007B033C">
        <w:rPr>
          <w:rFonts w:ascii="Times New Roman" w:hAnsi="Times New Roman" w:cs="Times New Roman"/>
          <w:sz w:val="24"/>
          <w:szCs w:val="24"/>
        </w:rPr>
        <w:t xml:space="preserve"> </w:t>
      </w:r>
      <w:proofErr w:type="spellStart"/>
      <w:r w:rsidRPr="007B033C">
        <w:rPr>
          <w:rFonts w:ascii="Times New Roman" w:hAnsi="Times New Roman" w:cs="Times New Roman"/>
          <w:sz w:val="24"/>
          <w:szCs w:val="24"/>
        </w:rPr>
        <w:t>adresten</w:t>
      </w:r>
      <w:proofErr w:type="spellEnd"/>
      <w:r w:rsidRPr="007B033C">
        <w:rPr>
          <w:rFonts w:ascii="Times New Roman" w:hAnsi="Times New Roman" w:cs="Times New Roman"/>
          <w:sz w:val="24"/>
          <w:szCs w:val="24"/>
        </w:rPr>
        <w:t xml:space="preserve"> </w:t>
      </w:r>
      <w:proofErr w:type="spellStart"/>
      <w:r w:rsidRPr="007B033C">
        <w:rPr>
          <w:rFonts w:ascii="Times New Roman" w:hAnsi="Times New Roman" w:cs="Times New Roman"/>
          <w:sz w:val="24"/>
          <w:szCs w:val="24"/>
        </w:rPr>
        <w:t>satın</w:t>
      </w:r>
      <w:proofErr w:type="spellEnd"/>
      <w:r w:rsidRPr="007B033C">
        <w:rPr>
          <w:rFonts w:ascii="Times New Roman" w:hAnsi="Times New Roman" w:cs="Times New Roman"/>
          <w:sz w:val="24"/>
          <w:szCs w:val="24"/>
        </w:rPr>
        <w:t xml:space="preserve"> </w:t>
      </w:r>
      <w:proofErr w:type="spellStart"/>
      <w:r w:rsidRPr="007B033C">
        <w:rPr>
          <w:rFonts w:ascii="Times New Roman" w:hAnsi="Times New Roman" w:cs="Times New Roman"/>
          <w:sz w:val="24"/>
          <w:szCs w:val="24"/>
        </w:rPr>
        <w:t>alınabilir</w:t>
      </w:r>
      <w:proofErr w:type="spellEnd"/>
      <w:r w:rsidRPr="007B033C">
        <w:rPr>
          <w:rFonts w:ascii="Times New Roman" w:hAnsi="Times New Roman" w:cs="Times New Roman"/>
          <w:sz w:val="24"/>
          <w:szCs w:val="24"/>
        </w:rPr>
        <w:t>.</w:t>
      </w:r>
    </w:p>
    <w:p w14:paraId="1640BF2E" w14:textId="77777777" w:rsidR="009F05AD" w:rsidRPr="007B033C" w:rsidRDefault="00FB73D3" w:rsidP="001324B8">
      <w:pPr>
        <w:pStyle w:val="ListeMaddemi"/>
        <w:numPr>
          <w:ilvl w:val="0"/>
          <w:numId w:val="0"/>
        </w:numPr>
        <w:spacing w:after="60"/>
        <w:ind w:left="360" w:hanging="360"/>
        <w:jc w:val="both"/>
        <w:rPr>
          <w:rFonts w:ascii="Times New Roman" w:hAnsi="Times New Roman" w:cs="Times New Roman"/>
          <w:sz w:val="24"/>
          <w:szCs w:val="24"/>
        </w:rPr>
      </w:pPr>
      <w:r w:rsidRPr="007B033C">
        <w:rPr>
          <w:rFonts w:ascii="Times New Roman" w:hAnsi="Times New Roman" w:cs="Times New Roman"/>
          <w:b/>
          <w:sz w:val="24"/>
          <w:szCs w:val="24"/>
        </w:rPr>
        <w:t xml:space="preserve">6.2. </w:t>
      </w:r>
      <w:r w:rsidRPr="007B033C">
        <w:rPr>
          <w:rFonts w:ascii="Times New Roman" w:hAnsi="Times New Roman" w:cs="Times New Roman"/>
          <w:sz w:val="24"/>
          <w:szCs w:val="24"/>
        </w:rPr>
        <w:t>Ön yeterliğe başvuracak olanların ön yeterlik dokümanını satın almaları zorunludur.</w:t>
      </w:r>
    </w:p>
    <w:p w14:paraId="4CF31423" w14:textId="77777777" w:rsidR="009F05AD" w:rsidRPr="007B033C" w:rsidRDefault="00FB73D3" w:rsidP="001324B8">
      <w:pPr>
        <w:spacing w:before="280" w:after="120"/>
        <w:jc w:val="both"/>
        <w:rPr>
          <w:rFonts w:ascii="Times New Roman" w:hAnsi="Times New Roman" w:cs="Times New Roman"/>
          <w:sz w:val="24"/>
          <w:szCs w:val="24"/>
        </w:rPr>
      </w:pPr>
      <w:r w:rsidRPr="007B033C">
        <w:rPr>
          <w:rFonts w:ascii="Times New Roman" w:hAnsi="Times New Roman" w:cs="Times New Roman"/>
          <w:b/>
          <w:color w:val="1F4E79"/>
          <w:sz w:val="24"/>
          <w:szCs w:val="24"/>
        </w:rPr>
        <w:t>7 - Ön yeterlik başvurusu, ön yeterlik değerlendirmesi tarihi ve saatine kadar Samsun Vakıflar Bölge Müdürlüğü Sanat Eserleri ve Yapı İşleri Şube Müdürlüğü 4. kat Hançerli Mah. Çifte Hamam Cad. No:14/4 İlkadım / SAMSUN adresine elden teslim edilebileceği gibi iadeli taahhütlü posta vasıtasıyla da gönderilebilir.</w:t>
      </w:r>
    </w:p>
    <w:p w14:paraId="2458670C" w14:textId="45CAB0B3" w:rsidR="009F05AD" w:rsidRPr="007B033C" w:rsidRDefault="00FB73D3" w:rsidP="001324B8">
      <w:pPr>
        <w:spacing w:before="280" w:after="120"/>
        <w:jc w:val="both"/>
        <w:rPr>
          <w:rFonts w:ascii="Times New Roman" w:hAnsi="Times New Roman" w:cs="Times New Roman"/>
          <w:b/>
          <w:color w:val="1F4E79"/>
          <w:sz w:val="24"/>
          <w:szCs w:val="24"/>
        </w:rPr>
      </w:pPr>
      <w:r w:rsidRPr="007B033C">
        <w:rPr>
          <w:rFonts w:ascii="Times New Roman" w:hAnsi="Times New Roman" w:cs="Times New Roman"/>
          <w:b/>
          <w:color w:val="1F4E79"/>
          <w:sz w:val="24"/>
          <w:szCs w:val="24"/>
        </w:rPr>
        <w:t xml:space="preserve">8 - </w:t>
      </w:r>
      <w:proofErr w:type="spellStart"/>
      <w:r w:rsidRPr="007B033C">
        <w:rPr>
          <w:rFonts w:ascii="Times New Roman" w:hAnsi="Times New Roman" w:cs="Times New Roman"/>
          <w:b/>
          <w:color w:val="1F4E79"/>
          <w:sz w:val="24"/>
          <w:szCs w:val="24"/>
        </w:rPr>
        <w:t>Konsorsiyum</w:t>
      </w:r>
      <w:proofErr w:type="spellEnd"/>
      <w:r w:rsidRPr="007B033C">
        <w:rPr>
          <w:rFonts w:ascii="Times New Roman" w:hAnsi="Times New Roman" w:cs="Times New Roman"/>
          <w:b/>
          <w:color w:val="1F4E79"/>
          <w:sz w:val="24"/>
          <w:szCs w:val="24"/>
        </w:rPr>
        <w:t xml:space="preserve"> </w:t>
      </w:r>
      <w:proofErr w:type="spellStart"/>
      <w:r w:rsidRPr="007B033C">
        <w:rPr>
          <w:rFonts w:ascii="Times New Roman" w:hAnsi="Times New Roman" w:cs="Times New Roman"/>
          <w:b/>
          <w:color w:val="1F4E79"/>
          <w:sz w:val="24"/>
          <w:szCs w:val="24"/>
        </w:rPr>
        <w:t>olarak</w:t>
      </w:r>
      <w:proofErr w:type="spellEnd"/>
      <w:r w:rsidRPr="007B033C">
        <w:rPr>
          <w:rFonts w:ascii="Times New Roman" w:hAnsi="Times New Roman" w:cs="Times New Roman"/>
          <w:b/>
          <w:color w:val="1F4E79"/>
          <w:sz w:val="24"/>
          <w:szCs w:val="24"/>
        </w:rPr>
        <w:t xml:space="preserve"> </w:t>
      </w:r>
      <w:proofErr w:type="spellStart"/>
      <w:r w:rsidRPr="007B033C">
        <w:rPr>
          <w:rFonts w:ascii="Times New Roman" w:hAnsi="Times New Roman" w:cs="Times New Roman"/>
          <w:b/>
          <w:color w:val="1F4E79"/>
          <w:sz w:val="24"/>
          <w:szCs w:val="24"/>
        </w:rPr>
        <w:t>ihaleye</w:t>
      </w:r>
      <w:proofErr w:type="spellEnd"/>
      <w:r w:rsidRPr="007B033C">
        <w:rPr>
          <w:rFonts w:ascii="Times New Roman" w:hAnsi="Times New Roman" w:cs="Times New Roman"/>
          <w:b/>
          <w:color w:val="1F4E79"/>
          <w:sz w:val="24"/>
          <w:szCs w:val="24"/>
        </w:rPr>
        <w:t xml:space="preserve"> </w:t>
      </w:r>
      <w:proofErr w:type="spellStart"/>
      <w:r w:rsidRPr="007B033C">
        <w:rPr>
          <w:rFonts w:ascii="Times New Roman" w:hAnsi="Times New Roman" w:cs="Times New Roman"/>
          <w:b/>
          <w:color w:val="1F4E79"/>
          <w:sz w:val="24"/>
          <w:szCs w:val="24"/>
        </w:rPr>
        <w:t>teklif</w:t>
      </w:r>
      <w:proofErr w:type="spellEnd"/>
      <w:r w:rsidRPr="007B033C">
        <w:rPr>
          <w:rFonts w:ascii="Times New Roman" w:hAnsi="Times New Roman" w:cs="Times New Roman"/>
          <w:b/>
          <w:color w:val="1F4E79"/>
          <w:sz w:val="24"/>
          <w:szCs w:val="24"/>
        </w:rPr>
        <w:t xml:space="preserve"> </w:t>
      </w:r>
      <w:proofErr w:type="spellStart"/>
      <w:r w:rsidRPr="007B033C">
        <w:rPr>
          <w:rFonts w:ascii="Times New Roman" w:hAnsi="Times New Roman" w:cs="Times New Roman"/>
          <w:b/>
          <w:color w:val="1F4E79"/>
          <w:sz w:val="24"/>
          <w:szCs w:val="24"/>
        </w:rPr>
        <w:t>verilemez</w:t>
      </w:r>
      <w:proofErr w:type="spellEnd"/>
      <w:r w:rsidRPr="007B033C">
        <w:rPr>
          <w:rFonts w:ascii="Times New Roman" w:hAnsi="Times New Roman" w:cs="Times New Roman"/>
          <w:b/>
          <w:color w:val="1F4E79"/>
          <w:sz w:val="24"/>
          <w:szCs w:val="24"/>
        </w:rPr>
        <w:t>.</w:t>
      </w:r>
    </w:p>
    <w:p w14:paraId="19DAFD5A" w14:textId="123615D5" w:rsidR="00666ECB" w:rsidRPr="007B033C" w:rsidRDefault="00666ECB" w:rsidP="001324B8">
      <w:pPr>
        <w:spacing w:after="40"/>
        <w:jc w:val="both"/>
        <w:rPr>
          <w:rFonts w:ascii="Times New Roman" w:hAnsi="Times New Roman" w:cs="Times New Roman"/>
          <w:sz w:val="24"/>
          <w:szCs w:val="24"/>
        </w:rPr>
      </w:pPr>
      <w:r w:rsidRPr="007B033C">
        <w:rPr>
          <w:rFonts w:ascii="Times New Roman" w:hAnsi="Times New Roman" w:cs="Times New Roman"/>
          <w:b/>
          <w:color w:val="1F4E79"/>
          <w:sz w:val="24"/>
          <w:szCs w:val="24"/>
        </w:rPr>
        <w:t>9.</w:t>
      </w:r>
      <w:r w:rsidRPr="007B033C">
        <w:rPr>
          <w:rFonts w:ascii="Times New Roman" w:hAnsi="Times New Roman" w:cs="Times New Roman"/>
          <w:b/>
          <w:sz w:val="24"/>
          <w:szCs w:val="24"/>
        </w:rPr>
        <w:t xml:space="preserve"> </w:t>
      </w:r>
      <w:proofErr w:type="spellStart"/>
      <w:r w:rsidRPr="007B033C">
        <w:rPr>
          <w:rFonts w:ascii="Times New Roman" w:hAnsi="Times New Roman" w:cs="Times New Roman"/>
          <w:b/>
          <w:color w:val="1F4E79"/>
          <w:sz w:val="24"/>
          <w:szCs w:val="24"/>
        </w:rPr>
        <w:t>İdare</w:t>
      </w:r>
      <w:proofErr w:type="spellEnd"/>
      <w:r w:rsidRPr="007B033C">
        <w:rPr>
          <w:rFonts w:ascii="Times New Roman" w:hAnsi="Times New Roman" w:cs="Times New Roman"/>
          <w:b/>
          <w:color w:val="1F4E79"/>
          <w:sz w:val="24"/>
          <w:szCs w:val="24"/>
        </w:rPr>
        <w:t xml:space="preserve"> </w:t>
      </w:r>
      <w:proofErr w:type="spellStart"/>
      <w:r w:rsidRPr="007B033C">
        <w:rPr>
          <w:rFonts w:ascii="Times New Roman" w:hAnsi="Times New Roman" w:cs="Times New Roman"/>
          <w:b/>
          <w:color w:val="1F4E79"/>
          <w:sz w:val="24"/>
          <w:szCs w:val="24"/>
        </w:rPr>
        <w:t>bütün</w:t>
      </w:r>
      <w:proofErr w:type="spellEnd"/>
      <w:r w:rsidRPr="007B033C">
        <w:rPr>
          <w:rFonts w:ascii="Times New Roman" w:hAnsi="Times New Roman" w:cs="Times New Roman"/>
          <w:b/>
          <w:color w:val="1F4E79"/>
          <w:sz w:val="24"/>
          <w:szCs w:val="24"/>
        </w:rPr>
        <w:t xml:space="preserve"> </w:t>
      </w:r>
      <w:proofErr w:type="spellStart"/>
      <w:r w:rsidRPr="007B033C">
        <w:rPr>
          <w:rFonts w:ascii="Times New Roman" w:hAnsi="Times New Roman" w:cs="Times New Roman"/>
          <w:b/>
          <w:color w:val="1F4E79"/>
          <w:sz w:val="24"/>
          <w:szCs w:val="24"/>
        </w:rPr>
        <w:t>tekliflerin</w:t>
      </w:r>
      <w:proofErr w:type="spellEnd"/>
      <w:r w:rsidRPr="007B033C">
        <w:rPr>
          <w:rFonts w:ascii="Times New Roman" w:hAnsi="Times New Roman" w:cs="Times New Roman"/>
          <w:b/>
          <w:color w:val="1F4E79"/>
          <w:sz w:val="24"/>
          <w:szCs w:val="24"/>
        </w:rPr>
        <w:t xml:space="preserve"> </w:t>
      </w:r>
      <w:proofErr w:type="spellStart"/>
      <w:r w:rsidRPr="007B033C">
        <w:rPr>
          <w:rFonts w:ascii="Times New Roman" w:hAnsi="Times New Roman" w:cs="Times New Roman"/>
          <w:b/>
          <w:color w:val="1F4E79"/>
          <w:sz w:val="24"/>
          <w:szCs w:val="24"/>
        </w:rPr>
        <w:t>reddedilmesi</w:t>
      </w:r>
      <w:proofErr w:type="spellEnd"/>
      <w:r w:rsidRPr="007B033C">
        <w:rPr>
          <w:rFonts w:ascii="Times New Roman" w:hAnsi="Times New Roman" w:cs="Times New Roman"/>
          <w:b/>
          <w:color w:val="1F4E79"/>
          <w:sz w:val="24"/>
          <w:szCs w:val="24"/>
        </w:rPr>
        <w:t xml:space="preserve"> </w:t>
      </w:r>
      <w:proofErr w:type="spellStart"/>
      <w:r w:rsidRPr="007B033C">
        <w:rPr>
          <w:rFonts w:ascii="Times New Roman" w:hAnsi="Times New Roman" w:cs="Times New Roman"/>
          <w:b/>
          <w:color w:val="1F4E79"/>
          <w:sz w:val="24"/>
          <w:szCs w:val="24"/>
        </w:rPr>
        <w:t>ve</w:t>
      </w:r>
      <w:proofErr w:type="spellEnd"/>
      <w:r w:rsidRPr="007B033C">
        <w:rPr>
          <w:rFonts w:ascii="Times New Roman" w:hAnsi="Times New Roman" w:cs="Times New Roman"/>
          <w:b/>
          <w:color w:val="1F4E79"/>
          <w:sz w:val="24"/>
          <w:szCs w:val="24"/>
        </w:rPr>
        <w:t xml:space="preserve"> </w:t>
      </w:r>
      <w:proofErr w:type="spellStart"/>
      <w:r w:rsidRPr="007B033C">
        <w:rPr>
          <w:rFonts w:ascii="Times New Roman" w:hAnsi="Times New Roman" w:cs="Times New Roman"/>
          <w:b/>
          <w:color w:val="1F4E79"/>
          <w:sz w:val="24"/>
          <w:szCs w:val="24"/>
        </w:rPr>
        <w:t>ihalenin</w:t>
      </w:r>
      <w:proofErr w:type="spellEnd"/>
      <w:r w:rsidRPr="007B033C">
        <w:rPr>
          <w:rFonts w:ascii="Times New Roman" w:hAnsi="Times New Roman" w:cs="Times New Roman"/>
          <w:b/>
          <w:color w:val="1F4E79"/>
          <w:sz w:val="24"/>
          <w:szCs w:val="24"/>
        </w:rPr>
        <w:t xml:space="preserve"> </w:t>
      </w:r>
      <w:proofErr w:type="spellStart"/>
      <w:r w:rsidRPr="007B033C">
        <w:rPr>
          <w:rFonts w:ascii="Times New Roman" w:hAnsi="Times New Roman" w:cs="Times New Roman"/>
          <w:b/>
          <w:color w:val="1F4E79"/>
          <w:sz w:val="24"/>
          <w:szCs w:val="24"/>
        </w:rPr>
        <w:t>iptal</w:t>
      </w:r>
      <w:proofErr w:type="spellEnd"/>
      <w:r w:rsidRPr="007B033C">
        <w:rPr>
          <w:rFonts w:ascii="Times New Roman" w:hAnsi="Times New Roman" w:cs="Times New Roman"/>
          <w:b/>
          <w:color w:val="1F4E79"/>
          <w:sz w:val="24"/>
          <w:szCs w:val="24"/>
        </w:rPr>
        <w:t xml:space="preserve"> </w:t>
      </w:r>
      <w:proofErr w:type="spellStart"/>
      <w:r w:rsidRPr="007B033C">
        <w:rPr>
          <w:rFonts w:ascii="Times New Roman" w:hAnsi="Times New Roman" w:cs="Times New Roman"/>
          <w:b/>
          <w:color w:val="1F4E79"/>
          <w:sz w:val="24"/>
          <w:szCs w:val="24"/>
        </w:rPr>
        <w:t>edilmesinde</w:t>
      </w:r>
      <w:proofErr w:type="spellEnd"/>
      <w:r w:rsidRPr="007B033C">
        <w:rPr>
          <w:rFonts w:ascii="Times New Roman" w:hAnsi="Times New Roman" w:cs="Times New Roman"/>
          <w:b/>
          <w:color w:val="1F4E79"/>
          <w:sz w:val="24"/>
          <w:szCs w:val="24"/>
        </w:rPr>
        <w:t xml:space="preserve"> </w:t>
      </w:r>
      <w:proofErr w:type="spellStart"/>
      <w:r w:rsidRPr="007B033C">
        <w:rPr>
          <w:rFonts w:ascii="Times New Roman" w:hAnsi="Times New Roman" w:cs="Times New Roman"/>
          <w:b/>
          <w:color w:val="1F4E79"/>
          <w:sz w:val="24"/>
          <w:szCs w:val="24"/>
        </w:rPr>
        <w:t>serbesttir</w:t>
      </w:r>
      <w:proofErr w:type="spellEnd"/>
      <w:r w:rsidRPr="007B033C">
        <w:rPr>
          <w:rFonts w:ascii="Times New Roman" w:hAnsi="Times New Roman" w:cs="Times New Roman"/>
          <w:b/>
          <w:color w:val="1F4E79"/>
          <w:sz w:val="24"/>
          <w:szCs w:val="24"/>
        </w:rPr>
        <w:t>.</w:t>
      </w:r>
    </w:p>
    <w:p w14:paraId="01362A09" w14:textId="1124D820" w:rsidR="00666ECB" w:rsidRPr="007B033C" w:rsidRDefault="00666ECB" w:rsidP="001324B8">
      <w:pPr>
        <w:spacing w:after="0"/>
        <w:jc w:val="both"/>
        <w:rPr>
          <w:rFonts w:ascii="Times New Roman" w:hAnsi="Times New Roman" w:cs="Times New Roman"/>
          <w:sz w:val="24"/>
          <w:szCs w:val="24"/>
        </w:rPr>
      </w:pPr>
      <w:r w:rsidRPr="007B033C">
        <w:rPr>
          <w:rFonts w:ascii="Times New Roman" w:hAnsi="Times New Roman" w:cs="Times New Roman"/>
          <w:b/>
          <w:color w:val="1F4E79"/>
          <w:sz w:val="24"/>
          <w:szCs w:val="24"/>
        </w:rPr>
        <w:t>10.</w:t>
      </w:r>
      <w:r w:rsidRPr="007B033C">
        <w:rPr>
          <w:rFonts w:ascii="Times New Roman" w:hAnsi="Times New Roman" w:cs="Times New Roman"/>
          <w:b/>
          <w:sz w:val="24"/>
          <w:szCs w:val="24"/>
        </w:rPr>
        <w:t xml:space="preserve"> </w:t>
      </w:r>
      <w:r w:rsidRPr="007B033C">
        <w:rPr>
          <w:rFonts w:ascii="Times New Roman" w:hAnsi="Times New Roman" w:cs="Times New Roman"/>
          <w:b/>
          <w:color w:val="1F4E79"/>
          <w:sz w:val="24"/>
          <w:szCs w:val="24"/>
        </w:rPr>
        <w:t xml:space="preserve">Bu </w:t>
      </w:r>
      <w:proofErr w:type="spellStart"/>
      <w:r w:rsidRPr="007B033C">
        <w:rPr>
          <w:rFonts w:ascii="Times New Roman" w:hAnsi="Times New Roman" w:cs="Times New Roman"/>
          <w:b/>
          <w:color w:val="1F4E79"/>
          <w:sz w:val="24"/>
          <w:szCs w:val="24"/>
        </w:rPr>
        <w:t>ihalede</w:t>
      </w:r>
      <w:proofErr w:type="spellEnd"/>
      <w:r w:rsidRPr="007B033C">
        <w:rPr>
          <w:rFonts w:ascii="Times New Roman" w:hAnsi="Times New Roman" w:cs="Times New Roman"/>
          <w:b/>
          <w:color w:val="1F4E79"/>
          <w:sz w:val="24"/>
          <w:szCs w:val="24"/>
        </w:rPr>
        <w:t xml:space="preserve">, </w:t>
      </w:r>
      <w:proofErr w:type="spellStart"/>
      <w:r w:rsidRPr="007B033C">
        <w:rPr>
          <w:rFonts w:ascii="Times New Roman" w:hAnsi="Times New Roman" w:cs="Times New Roman"/>
          <w:b/>
          <w:color w:val="1F4E79"/>
          <w:sz w:val="24"/>
          <w:szCs w:val="24"/>
        </w:rPr>
        <w:t>ceza</w:t>
      </w:r>
      <w:proofErr w:type="spellEnd"/>
      <w:r w:rsidRPr="007B033C">
        <w:rPr>
          <w:rFonts w:ascii="Times New Roman" w:hAnsi="Times New Roman" w:cs="Times New Roman"/>
          <w:b/>
          <w:color w:val="1F4E79"/>
          <w:sz w:val="24"/>
          <w:szCs w:val="24"/>
        </w:rPr>
        <w:t xml:space="preserve"> </w:t>
      </w:r>
      <w:proofErr w:type="spellStart"/>
      <w:r w:rsidRPr="007B033C">
        <w:rPr>
          <w:rFonts w:ascii="Times New Roman" w:hAnsi="Times New Roman" w:cs="Times New Roman"/>
          <w:b/>
          <w:color w:val="1F4E79"/>
          <w:sz w:val="24"/>
          <w:szCs w:val="24"/>
        </w:rPr>
        <w:t>ve</w:t>
      </w:r>
      <w:proofErr w:type="spellEnd"/>
      <w:r w:rsidRPr="007B033C">
        <w:rPr>
          <w:rFonts w:ascii="Times New Roman" w:hAnsi="Times New Roman" w:cs="Times New Roman"/>
          <w:b/>
          <w:color w:val="1F4E79"/>
          <w:sz w:val="24"/>
          <w:szCs w:val="24"/>
        </w:rPr>
        <w:t xml:space="preserve"> </w:t>
      </w:r>
      <w:proofErr w:type="spellStart"/>
      <w:r w:rsidRPr="007B033C">
        <w:rPr>
          <w:rFonts w:ascii="Times New Roman" w:hAnsi="Times New Roman" w:cs="Times New Roman"/>
          <w:b/>
          <w:color w:val="1F4E79"/>
          <w:sz w:val="24"/>
          <w:szCs w:val="24"/>
        </w:rPr>
        <w:t>ihalelerden</w:t>
      </w:r>
      <w:proofErr w:type="spellEnd"/>
      <w:r w:rsidRPr="007B033C">
        <w:rPr>
          <w:rFonts w:ascii="Times New Roman" w:hAnsi="Times New Roman" w:cs="Times New Roman"/>
          <w:b/>
          <w:color w:val="1F4E79"/>
          <w:sz w:val="24"/>
          <w:szCs w:val="24"/>
        </w:rPr>
        <w:t xml:space="preserve"> </w:t>
      </w:r>
      <w:proofErr w:type="spellStart"/>
      <w:r w:rsidRPr="007B033C">
        <w:rPr>
          <w:rFonts w:ascii="Times New Roman" w:hAnsi="Times New Roman" w:cs="Times New Roman"/>
          <w:b/>
          <w:color w:val="1F4E79"/>
          <w:sz w:val="24"/>
          <w:szCs w:val="24"/>
        </w:rPr>
        <w:t>yasaklama</w:t>
      </w:r>
      <w:proofErr w:type="spellEnd"/>
      <w:r w:rsidRPr="007B033C">
        <w:rPr>
          <w:rFonts w:ascii="Times New Roman" w:hAnsi="Times New Roman" w:cs="Times New Roman"/>
          <w:b/>
          <w:color w:val="1F4E79"/>
          <w:sz w:val="24"/>
          <w:szCs w:val="24"/>
        </w:rPr>
        <w:t xml:space="preserve"> </w:t>
      </w:r>
      <w:proofErr w:type="spellStart"/>
      <w:r w:rsidRPr="007B033C">
        <w:rPr>
          <w:rFonts w:ascii="Times New Roman" w:hAnsi="Times New Roman" w:cs="Times New Roman"/>
          <w:b/>
          <w:color w:val="1F4E79"/>
          <w:sz w:val="24"/>
          <w:szCs w:val="24"/>
        </w:rPr>
        <w:t>hükümleri</w:t>
      </w:r>
      <w:proofErr w:type="spellEnd"/>
      <w:r w:rsidRPr="007B033C">
        <w:rPr>
          <w:rFonts w:ascii="Times New Roman" w:hAnsi="Times New Roman" w:cs="Times New Roman"/>
          <w:b/>
          <w:color w:val="1F4E79"/>
          <w:sz w:val="24"/>
          <w:szCs w:val="24"/>
        </w:rPr>
        <w:t xml:space="preserve"> </w:t>
      </w:r>
      <w:proofErr w:type="spellStart"/>
      <w:r w:rsidRPr="007B033C">
        <w:rPr>
          <w:rFonts w:ascii="Times New Roman" w:hAnsi="Times New Roman" w:cs="Times New Roman"/>
          <w:b/>
          <w:color w:val="1F4E79"/>
          <w:sz w:val="24"/>
          <w:szCs w:val="24"/>
        </w:rPr>
        <w:t>hariç</w:t>
      </w:r>
      <w:proofErr w:type="spellEnd"/>
      <w:r w:rsidRPr="007B033C">
        <w:rPr>
          <w:rFonts w:ascii="Times New Roman" w:hAnsi="Times New Roman" w:cs="Times New Roman"/>
          <w:b/>
          <w:color w:val="1F4E79"/>
          <w:sz w:val="24"/>
          <w:szCs w:val="24"/>
        </w:rPr>
        <w:t xml:space="preserve"> 4734 </w:t>
      </w:r>
      <w:proofErr w:type="spellStart"/>
      <w:r w:rsidRPr="007B033C">
        <w:rPr>
          <w:rFonts w:ascii="Times New Roman" w:hAnsi="Times New Roman" w:cs="Times New Roman"/>
          <w:b/>
          <w:color w:val="1F4E79"/>
          <w:sz w:val="24"/>
          <w:szCs w:val="24"/>
        </w:rPr>
        <w:t>sayılı</w:t>
      </w:r>
      <w:proofErr w:type="spellEnd"/>
      <w:r w:rsidRPr="007B033C">
        <w:rPr>
          <w:rFonts w:ascii="Times New Roman" w:hAnsi="Times New Roman" w:cs="Times New Roman"/>
          <w:b/>
          <w:color w:val="1F4E79"/>
          <w:sz w:val="24"/>
          <w:szCs w:val="24"/>
        </w:rPr>
        <w:t xml:space="preserve"> Kanun </w:t>
      </w:r>
      <w:proofErr w:type="spellStart"/>
      <w:r w:rsidRPr="007B033C">
        <w:rPr>
          <w:rFonts w:ascii="Times New Roman" w:hAnsi="Times New Roman" w:cs="Times New Roman"/>
          <w:b/>
          <w:color w:val="1F4E79"/>
          <w:sz w:val="24"/>
          <w:szCs w:val="24"/>
        </w:rPr>
        <w:t>hükümleri</w:t>
      </w:r>
      <w:proofErr w:type="spellEnd"/>
      <w:r w:rsidRPr="007B033C">
        <w:rPr>
          <w:rFonts w:ascii="Times New Roman" w:hAnsi="Times New Roman" w:cs="Times New Roman"/>
          <w:b/>
          <w:color w:val="1F4E79"/>
          <w:sz w:val="24"/>
          <w:szCs w:val="24"/>
        </w:rPr>
        <w:t xml:space="preserve"> </w:t>
      </w:r>
      <w:proofErr w:type="spellStart"/>
      <w:r w:rsidRPr="007B033C">
        <w:rPr>
          <w:rFonts w:ascii="Times New Roman" w:hAnsi="Times New Roman" w:cs="Times New Roman"/>
          <w:b/>
          <w:color w:val="1F4E79"/>
          <w:sz w:val="24"/>
          <w:szCs w:val="24"/>
        </w:rPr>
        <w:t>uygulanmayacak</w:t>
      </w:r>
      <w:proofErr w:type="spellEnd"/>
      <w:r w:rsidRPr="007B033C">
        <w:rPr>
          <w:rFonts w:ascii="Times New Roman" w:hAnsi="Times New Roman" w:cs="Times New Roman"/>
          <w:b/>
          <w:color w:val="1F4E79"/>
          <w:sz w:val="24"/>
          <w:szCs w:val="24"/>
        </w:rPr>
        <w:t xml:space="preserve"> </w:t>
      </w:r>
      <w:proofErr w:type="spellStart"/>
      <w:r w:rsidRPr="007B033C">
        <w:rPr>
          <w:rFonts w:ascii="Times New Roman" w:hAnsi="Times New Roman" w:cs="Times New Roman"/>
          <w:b/>
          <w:color w:val="1F4E79"/>
          <w:sz w:val="24"/>
          <w:szCs w:val="24"/>
        </w:rPr>
        <w:t>olup</w:t>
      </w:r>
      <w:proofErr w:type="spellEnd"/>
      <w:r w:rsidRPr="007B033C">
        <w:rPr>
          <w:rFonts w:ascii="Times New Roman" w:hAnsi="Times New Roman" w:cs="Times New Roman"/>
          <w:b/>
          <w:color w:val="1F4E79"/>
          <w:sz w:val="24"/>
          <w:szCs w:val="24"/>
        </w:rPr>
        <w:t xml:space="preserve"> </w:t>
      </w:r>
      <w:proofErr w:type="spellStart"/>
      <w:r w:rsidRPr="007B033C">
        <w:rPr>
          <w:rFonts w:ascii="Times New Roman" w:hAnsi="Times New Roman" w:cs="Times New Roman"/>
          <w:b/>
          <w:color w:val="1F4E79"/>
          <w:sz w:val="24"/>
          <w:szCs w:val="24"/>
        </w:rPr>
        <w:t>ihale</w:t>
      </w:r>
      <w:proofErr w:type="spellEnd"/>
      <w:r w:rsidRPr="007B033C">
        <w:rPr>
          <w:rFonts w:ascii="Times New Roman" w:hAnsi="Times New Roman" w:cs="Times New Roman"/>
          <w:b/>
          <w:color w:val="1F4E79"/>
          <w:sz w:val="24"/>
          <w:szCs w:val="24"/>
        </w:rPr>
        <w:t xml:space="preserve">, </w:t>
      </w:r>
      <w:proofErr w:type="spellStart"/>
      <w:r w:rsidRPr="007B033C">
        <w:rPr>
          <w:rFonts w:ascii="Times New Roman" w:hAnsi="Times New Roman" w:cs="Times New Roman"/>
          <w:b/>
          <w:color w:val="1F4E79"/>
          <w:sz w:val="24"/>
          <w:szCs w:val="24"/>
        </w:rPr>
        <w:t>Vakıf</w:t>
      </w:r>
      <w:proofErr w:type="spellEnd"/>
      <w:r w:rsidRPr="007B033C">
        <w:rPr>
          <w:rFonts w:ascii="Times New Roman" w:hAnsi="Times New Roman" w:cs="Times New Roman"/>
          <w:b/>
          <w:color w:val="1F4E79"/>
          <w:sz w:val="24"/>
          <w:szCs w:val="24"/>
        </w:rPr>
        <w:t xml:space="preserve"> </w:t>
      </w:r>
      <w:proofErr w:type="spellStart"/>
      <w:r w:rsidRPr="007B033C">
        <w:rPr>
          <w:rFonts w:ascii="Times New Roman" w:hAnsi="Times New Roman" w:cs="Times New Roman"/>
          <w:b/>
          <w:color w:val="1F4E79"/>
          <w:sz w:val="24"/>
          <w:szCs w:val="24"/>
        </w:rPr>
        <w:t>Kültür</w:t>
      </w:r>
      <w:proofErr w:type="spellEnd"/>
      <w:r w:rsidRPr="007B033C">
        <w:rPr>
          <w:rFonts w:ascii="Times New Roman" w:hAnsi="Times New Roman" w:cs="Times New Roman"/>
          <w:b/>
          <w:color w:val="1F4E79"/>
          <w:sz w:val="24"/>
          <w:szCs w:val="24"/>
        </w:rPr>
        <w:t xml:space="preserve"> </w:t>
      </w:r>
      <w:proofErr w:type="spellStart"/>
      <w:r w:rsidRPr="007B033C">
        <w:rPr>
          <w:rFonts w:ascii="Times New Roman" w:hAnsi="Times New Roman" w:cs="Times New Roman"/>
          <w:b/>
          <w:color w:val="1F4E79"/>
          <w:sz w:val="24"/>
          <w:szCs w:val="24"/>
        </w:rPr>
        <w:t>Varlıklarının</w:t>
      </w:r>
      <w:proofErr w:type="spellEnd"/>
      <w:r w:rsidRPr="007B033C">
        <w:rPr>
          <w:rFonts w:ascii="Times New Roman" w:hAnsi="Times New Roman" w:cs="Times New Roman"/>
          <w:b/>
          <w:color w:val="1F4E79"/>
          <w:sz w:val="24"/>
          <w:szCs w:val="24"/>
        </w:rPr>
        <w:t xml:space="preserve"> </w:t>
      </w:r>
      <w:proofErr w:type="spellStart"/>
      <w:r w:rsidRPr="007B033C">
        <w:rPr>
          <w:rFonts w:ascii="Times New Roman" w:hAnsi="Times New Roman" w:cs="Times New Roman"/>
          <w:b/>
          <w:color w:val="1F4E79"/>
          <w:sz w:val="24"/>
          <w:szCs w:val="24"/>
        </w:rPr>
        <w:t>Onarımları</w:t>
      </w:r>
      <w:proofErr w:type="spellEnd"/>
      <w:r w:rsidRPr="007B033C">
        <w:rPr>
          <w:rFonts w:ascii="Times New Roman" w:hAnsi="Times New Roman" w:cs="Times New Roman"/>
          <w:b/>
          <w:color w:val="1F4E79"/>
          <w:sz w:val="24"/>
          <w:szCs w:val="24"/>
        </w:rPr>
        <w:t xml:space="preserve"> </w:t>
      </w:r>
      <w:proofErr w:type="spellStart"/>
      <w:r w:rsidRPr="007B033C">
        <w:rPr>
          <w:rFonts w:ascii="Times New Roman" w:hAnsi="Times New Roman" w:cs="Times New Roman"/>
          <w:b/>
          <w:color w:val="1F4E79"/>
          <w:sz w:val="24"/>
          <w:szCs w:val="24"/>
        </w:rPr>
        <w:t>ve</w:t>
      </w:r>
      <w:proofErr w:type="spellEnd"/>
      <w:r w:rsidRPr="007B033C">
        <w:rPr>
          <w:rFonts w:ascii="Times New Roman" w:hAnsi="Times New Roman" w:cs="Times New Roman"/>
          <w:b/>
          <w:color w:val="1F4E79"/>
          <w:sz w:val="24"/>
          <w:szCs w:val="24"/>
        </w:rPr>
        <w:t xml:space="preserve"> </w:t>
      </w:r>
      <w:proofErr w:type="spellStart"/>
      <w:r w:rsidRPr="007B033C">
        <w:rPr>
          <w:rFonts w:ascii="Times New Roman" w:hAnsi="Times New Roman" w:cs="Times New Roman"/>
          <w:b/>
          <w:color w:val="1F4E79"/>
          <w:sz w:val="24"/>
          <w:szCs w:val="24"/>
        </w:rPr>
        <w:t>Restorasyonları</w:t>
      </w:r>
      <w:proofErr w:type="spellEnd"/>
      <w:r w:rsidRPr="007B033C">
        <w:rPr>
          <w:rFonts w:ascii="Times New Roman" w:hAnsi="Times New Roman" w:cs="Times New Roman"/>
          <w:b/>
          <w:color w:val="1F4E79"/>
          <w:sz w:val="24"/>
          <w:szCs w:val="24"/>
        </w:rPr>
        <w:t xml:space="preserve"> </w:t>
      </w:r>
      <w:proofErr w:type="spellStart"/>
      <w:r w:rsidRPr="007B033C">
        <w:rPr>
          <w:rFonts w:ascii="Times New Roman" w:hAnsi="Times New Roman" w:cs="Times New Roman"/>
          <w:b/>
          <w:color w:val="1F4E79"/>
          <w:sz w:val="24"/>
          <w:szCs w:val="24"/>
        </w:rPr>
        <w:t>ile</w:t>
      </w:r>
      <w:proofErr w:type="spellEnd"/>
      <w:r w:rsidRPr="007B033C">
        <w:rPr>
          <w:rFonts w:ascii="Times New Roman" w:hAnsi="Times New Roman" w:cs="Times New Roman"/>
          <w:b/>
          <w:color w:val="1F4E79"/>
          <w:sz w:val="24"/>
          <w:szCs w:val="24"/>
        </w:rPr>
        <w:t xml:space="preserve"> </w:t>
      </w:r>
      <w:proofErr w:type="spellStart"/>
      <w:r w:rsidRPr="007B033C">
        <w:rPr>
          <w:rFonts w:ascii="Times New Roman" w:hAnsi="Times New Roman" w:cs="Times New Roman"/>
          <w:b/>
          <w:color w:val="1F4E79"/>
          <w:sz w:val="24"/>
          <w:szCs w:val="24"/>
        </w:rPr>
        <w:t>Çevre</w:t>
      </w:r>
      <w:proofErr w:type="spellEnd"/>
      <w:r w:rsidRPr="007B033C">
        <w:rPr>
          <w:rFonts w:ascii="Times New Roman" w:hAnsi="Times New Roman" w:cs="Times New Roman"/>
          <w:b/>
          <w:color w:val="1F4E79"/>
          <w:sz w:val="24"/>
          <w:szCs w:val="24"/>
        </w:rPr>
        <w:t xml:space="preserve"> </w:t>
      </w:r>
      <w:proofErr w:type="spellStart"/>
      <w:r w:rsidRPr="007B033C">
        <w:rPr>
          <w:rFonts w:ascii="Times New Roman" w:hAnsi="Times New Roman" w:cs="Times New Roman"/>
          <w:b/>
          <w:color w:val="1F4E79"/>
          <w:sz w:val="24"/>
          <w:szCs w:val="24"/>
        </w:rPr>
        <w:t>Düzenlemesine</w:t>
      </w:r>
      <w:proofErr w:type="spellEnd"/>
      <w:r w:rsidRPr="007B033C">
        <w:rPr>
          <w:rFonts w:ascii="Times New Roman" w:hAnsi="Times New Roman" w:cs="Times New Roman"/>
          <w:b/>
          <w:color w:val="1F4E79"/>
          <w:sz w:val="24"/>
          <w:szCs w:val="24"/>
        </w:rPr>
        <w:t xml:space="preserve"> </w:t>
      </w:r>
      <w:proofErr w:type="spellStart"/>
      <w:r w:rsidRPr="007B033C">
        <w:rPr>
          <w:rFonts w:ascii="Times New Roman" w:hAnsi="Times New Roman" w:cs="Times New Roman"/>
          <w:b/>
          <w:color w:val="1F4E79"/>
          <w:sz w:val="24"/>
          <w:szCs w:val="24"/>
        </w:rPr>
        <w:t>İlişkin</w:t>
      </w:r>
      <w:proofErr w:type="spellEnd"/>
      <w:r w:rsidRPr="007B033C">
        <w:rPr>
          <w:rFonts w:ascii="Times New Roman" w:hAnsi="Times New Roman" w:cs="Times New Roman"/>
          <w:b/>
          <w:color w:val="1F4E79"/>
          <w:sz w:val="24"/>
          <w:szCs w:val="24"/>
        </w:rPr>
        <w:t xml:space="preserve"> Mal </w:t>
      </w:r>
      <w:proofErr w:type="spellStart"/>
      <w:r w:rsidRPr="007B033C">
        <w:rPr>
          <w:rFonts w:ascii="Times New Roman" w:hAnsi="Times New Roman" w:cs="Times New Roman"/>
          <w:b/>
          <w:color w:val="1F4E79"/>
          <w:sz w:val="24"/>
          <w:szCs w:val="24"/>
        </w:rPr>
        <w:t>ve</w:t>
      </w:r>
      <w:proofErr w:type="spellEnd"/>
      <w:r w:rsidRPr="007B033C">
        <w:rPr>
          <w:rFonts w:ascii="Times New Roman" w:hAnsi="Times New Roman" w:cs="Times New Roman"/>
          <w:b/>
          <w:color w:val="1F4E79"/>
          <w:sz w:val="24"/>
          <w:szCs w:val="24"/>
        </w:rPr>
        <w:t xml:space="preserve"> </w:t>
      </w:r>
      <w:proofErr w:type="spellStart"/>
      <w:r w:rsidRPr="007B033C">
        <w:rPr>
          <w:rFonts w:ascii="Times New Roman" w:hAnsi="Times New Roman" w:cs="Times New Roman"/>
          <w:b/>
          <w:color w:val="1F4E79"/>
          <w:sz w:val="24"/>
          <w:szCs w:val="24"/>
        </w:rPr>
        <w:t>Hizmet</w:t>
      </w:r>
      <w:proofErr w:type="spellEnd"/>
      <w:r w:rsidRPr="007B033C">
        <w:rPr>
          <w:rFonts w:ascii="Times New Roman" w:hAnsi="Times New Roman" w:cs="Times New Roman"/>
          <w:b/>
          <w:color w:val="1F4E79"/>
          <w:sz w:val="24"/>
          <w:szCs w:val="24"/>
        </w:rPr>
        <w:t xml:space="preserve"> </w:t>
      </w:r>
      <w:proofErr w:type="spellStart"/>
      <w:r w:rsidRPr="007B033C">
        <w:rPr>
          <w:rFonts w:ascii="Times New Roman" w:hAnsi="Times New Roman" w:cs="Times New Roman"/>
          <w:b/>
          <w:color w:val="1F4E79"/>
          <w:sz w:val="24"/>
          <w:szCs w:val="24"/>
        </w:rPr>
        <w:t>Alımlarına</w:t>
      </w:r>
      <w:proofErr w:type="spellEnd"/>
      <w:r w:rsidRPr="007B033C">
        <w:rPr>
          <w:rFonts w:ascii="Times New Roman" w:hAnsi="Times New Roman" w:cs="Times New Roman"/>
          <w:b/>
          <w:color w:val="1F4E79"/>
          <w:sz w:val="24"/>
          <w:szCs w:val="24"/>
        </w:rPr>
        <w:t xml:space="preserve"> </w:t>
      </w:r>
      <w:proofErr w:type="spellStart"/>
      <w:r w:rsidRPr="007B033C">
        <w:rPr>
          <w:rFonts w:ascii="Times New Roman" w:hAnsi="Times New Roman" w:cs="Times New Roman"/>
          <w:b/>
          <w:color w:val="1F4E79"/>
          <w:sz w:val="24"/>
          <w:szCs w:val="24"/>
        </w:rPr>
        <w:t>Dair</w:t>
      </w:r>
      <w:proofErr w:type="spellEnd"/>
      <w:r w:rsidRPr="007B033C">
        <w:rPr>
          <w:rFonts w:ascii="Times New Roman" w:hAnsi="Times New Roman" w:cs="Times New Roman"/>
          <w:b/>
          <w:color w:val="1F4E79"/>
          <w:sz w:val="24"/>
          <w:szCs w:val="24"/>
        </w:rPr>
        <w:t xml:space="preserve"> </w:t>
      </w:r>
      <w:proofErr w:type="spellStart"/>
      <w:r w:rsidRPr="007B033C">
        <w:rPr>
          <w:rFonts w:ascii="Times New Roman" w:hAnsi="Times New Roman" w:cs="Times New Roman"/>
          <w:b/>
          <w:color w:val="1F4E79"/>
          <w:sz w:val="24"/>
          <w:szCs w:val="24"/>
        </w:rPr>
        <w:t>Usul</w:t>
      </w:r>
      <w:proofErr w:type="spellEnd"/>
      <w:r w:rsidRPr="007B033C">
        <w:rPr>
          <w:rFonts w:ascii="Times New Roman" w:hAnsi="Times New Roman" w:cs="Times New Roman"/>
          <w:b/>
          <w:color w:val="1F4E79"/>
          <w:sz w:val="24"/>
          <w:szCs w:val="24"/>
        </w:rPr>
        <w:t xml:space="preserve"> </w:t>
      </w:r>
      <w:proofErr w:type="spellStart"/>
      <w:r w:rsidRPr="007B033C">
        <w:rPr>
          <w:rFonts w:ascii="Times New Roman" w:hAnsi="Times New Roman" w:cs="Times New Roman"/>
          <w:b/>
          <w:color w:val="1F4E79"/>
          <w:sz w:val="24"/>
          <w:szCs w:val="24"/>
        </w:rPr>
        <w:t>ve</w:t>
      </w:r>
      <w:proofErr w:type="spellEnd"/>
      <w:r w:rsidRPr="007B033C">
        <w:rPr>
          <w:rFonts w:ascii="Times New Roman" w:hAnsi="Times New Roman" w:cs="Times New Roman"/>
          <w:b/>
          <w:color w:val="1F4E79"/>
          <w:sz w:val="24"/>
          <w:szCs w:val="24"/>
        </w:rPr>
        <w:t xml:space="preserve"> </w:t>
      </w:r>
      <w:proofErr w:type="spellStart"/>
      <w:r w:rsidRPr="007B033C">
        <w:rPr>
          <w:rFonts w:ascii="Times New Roman" w:hAnsi="Times New Roman" w:cs="Times New Roman"/>
          <w:b/>
          <w:color w:val="1F4E79"/>
          <w:sz w:val="24"/>
          <w:szCs w:val="24"/>
        </w:rPr>
        <w:t>Esaslar</w:t>
      </w:r>
      <w:proofErr w:type="spellEnd"/>
      <w:r w:rsidRPr="007B033C">
        <w:rPr>
          <w:rFonts w:ascii="Times New Roman" w:hAnsi="Times New Roman" w:cs="Times New Roman"/>
          <w:b/>
          <w:color w:val="1F4E79"/>
          <w:sz w:val="24"/>
          <w:szCs w:val="24"/>
        </w:rPr>
        <w:t xml:space="preserve"> </w:t>
      </w:r>
      <w:proofErr w:type="spellStart"/>
      <w:r w:rsidRPr="007B033C">
        <w:rPr>
          <w:rFonts w:ascii="Times New Roman" w:hAnsi="Times New Roman" w:cs="Times New Roman"/>
          <w:b/>
          <w:color w:val="1F4E79"/>
          <w:sz w:val="24"/>
          <w:szCs w:val="24"/>
        </w:rPr>
        <w:t>hükümlerine</w:t>
      </w:r>
      <w:proofErr w:type="spellEnd"/>
      <w:r w:rsidRPr="007B033C">
        <w:rPr>
          <w:rFonts w:ascii="Times New Roman" w:hAnsi="Times New Roman" w:cs="Times New Roman"/>
          <w:b/>
          <w:color w:val="1F4E79"/>
          <w:sz w:val="24"/>
          <w:szCs w:val="24"/>
        </w:rPr>
        <w:t xml:space="preserve"> </w:t>
      </w:r>
      <w:proofErr w:type="spellStart"/>
      <w:r w:rsidRPr="007B033C">
        <w:rPr>
          <w:rFonts w:ascii="Times New Roman" w:hAnsi="Times New Roman" w:cs="Times New Roman"/>
          <w:b/>
          <w:color w:val="1F4E79"/>
          <w:sz w:val="24"/>
          <w:szCs w:val="24"/>
        </w:rPr>
        <w:t>göre</w:t>
      </w:r>
      <w:proofErr w:type="spellEnd"/>
      <w:r w:rsidRPr="007B033C">
        <w:rPr>
          <w:rFonts w:ascii="Times New Roman" w:hAnsi="Times New Roman" w:cs="Times New Roman"/>
          <w:b/>
          <w:color w:val="1F4E79"/>
          <w:sz w:val="24"/>
          <w:szCs w:val="24"/>
        </w:rPr>
        <w:t xml:space="preserve"> </w:t>
      </w:r>
      <w:proofErr w:type="spellStart"/>
      <w:r w:rsidRPr="007B033C">
        <w:rPr>
          <w:rFonts w:ascii="Times New Roman" w:hAnsi="Times New Roman" w:cs="Times New Roman"/>
          <w:b/>
          <w:color w:val="1F4E79"/>
          <w:sz w:val="24"/>
          <w:szCs w:val="24"/>
        </w:rPr>
        <w:t>gerçekleştirilecektir</w:t>
      </w:r>
      <w:proofErr w:type="spellEnd"/>
      <w:r w:rsidRPr="007B033C">
        <w:rPr>
          <w:rFonts w:ascii="Times New Roman" w:hAnsi="Times New Roman" w:cs="Times New Roman"/>
          <w:b/>
          <w:color w:val="1F4E79"/>
          <w:sz w:val="24"/>
          <w:szCs w:val="24"/>
        </w:rPr>
        <w:t>.</w:t>
      </w:r>
    </w:p>
    <w:p w14:paraId="0BE98D36" w14:textId="77777777" w:rsidR="00666ECB" w:rsidRPr="007B033C" w:rsidRDefault="00666ECB" w:rsidP="001324B8">
      <w:pPr>
        <w:spacing w:before="280" w:after="120"/>
        <w:jc w:val="both"/>
        <w:rPr>
          <w:rFonts w:ascii="Times New Roman" w:hAnsi="Times New Roman" w:cs="Times New Roman"/>
          <w:sz w:val="24"/>
          <w:szCs w:val="24"/>
        </w:rPr>
      </w:pPr>
    </w:p>
    <w:sectPr w:rsidR="00666ECB" w:rsidRPr="007B03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25277870"/>
    <w:multiLevelType w:val="multilevel"/>
    <w:tmpl w:val="5C5A68F6"/>
    <w:lvl w:ilvl="0">
      <w:start w:val="4"/>
      <w:numFmt w:val="decimal"/>
      <w:lvlText w:val="%1."/>
      <w:lvlJc w:val="left"/>
      <w:pPr>
        <w:ind w:left="495" w:hanging="495"/>
      </w:pPr>
      <w:rPr>
        <w:rFonts w:hint="default"/>
        <w:b/>
      </w:rPr>
    </w:lvl>
    <w:lvl w:ilvl="1">
      <w:start w:val="1"/>
      <w:numFmt w:val="decimal"/>
      <w:lvlText w:val="%1.%2."/>
      <w:lvlJc w:val="left"/>
      <w:pPr>
        <w:ind w:left="495" w:hanging="495"/>
      </w:pPr>
      <w:rPr>
        <w:rFonts w:hint="default"/>
        <w:b/>
      </w:rPr>
    </w:lvl>
    <w:lvl w:ilvl="2">
      <w:start w:val="6"/>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324B8"/>
    <w:rsid w:val="0015074B"/>
    <w:rsid w:val="0029639D"/>
    <w:rsid w:val="00326F90"/>
    <w:rsid w:val="005D1F79"/>
    <w:rsid w:val="00666ECB"/>
    <w:rsid w:val="006F00AD"/>
    <w:rsid w:val="007B033C"/>
    <w:rsid w:val="009F05AD"/>
    <w:rsid w:val="00AA1D8D"/>
    <w:rsid w:val="00B47730"/>
    <w:rsid w:val="00C17572"/>
    <w:rsid w:val="00CB0664"/>
    <w:rsid w:val="00F102B5"/>
    <w:rsid w:val="00FB73D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FDF70F"/>
  <w14:defaultImageDpi w14:val="300"/>
  <w15:docId w15:val="{A2D2C4B6-71AB-4078-8757-1D66B1BCD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Pages>
  <Words>1096</Words>
  <Characters>6251</Characters>
  <Application>Microsoft Office Word</Application>
  <DocSecurity>0</DocSecurity>
  <Lines>52</Lines>
  <Paragraphs>14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7333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Ahmet YILDIRIM</cp:lastModifiedBy>
  <cp:revision>5</cp:revision>
  <dcterms:created xsi:type="dcterms:W3CDTF">2013-12-23T23:15:00Z</dcterms:created>
  <dcterms:modified xsi:type="dcterms:W3CDTF">2026-10-15T11:48:00Z</dcterms:modified>
  <cp:category/>
</cp:coreProperties>
</file>